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keepNext w:val="true"/>
        <w:keepLines/>
        <w:spacing w:before="480" w:after="0"/>
        <w:rPr/>
      </w:pPr>
      <w:r>
        <w:rPr/>
        <w:t>Άσκηση Μαθηματικών - eClass</w:t>
      </w:r>
    </w:p>
    <w:p>
      <w:pPr>
        <w:pStyle w:val="2"/>
        <w:rPr/>
      </w:pPr>
      <w:r>
        <w:rPr/>
        <w:t>1. Ερώτηση Πολλαπλής Επιλογής</w:t>
      </w:r>
    </w:p>
    <w:p>
      <w:pPr>
        <w:pStyle w:val="Normal"/>
        <w:rPr/>
      </w:pPr>
      <w:r>
        <w:rPr/>
        <w:t>Πόσες πλευρές έχει ένα κανονικό εξάγωνο;</w:t>
      </w:r>
    </w:p>
    <w:p>
      <w:pPr>
        <w:pStyle w:val="Normal"/>
        <w:rPr/>
      </w:pPr>
      <w:r>
        <w:rPr/>
        <w:t>α) 5</w:t>
        <w:br/>
        <w:t>β) 6</w:t>
        <w:br/>
        <w:t>γ) 7</w:t>
        <w:br/>
        <w:t>δ) 8</w:t>
      </w:r>
    </w:p>
    <w:p>
      <w:pPr>
        <w:pStyle w:val="2"/>
        <w:rPr/>
      </w:pPr>
      <w:r>
        <w:rPr/>
        <w:t>2. Ερώτηση Σωστού – Λάθους</w:t>
      </w:r>
    </w:p>
    <w:p>
      <w:pPr>
        <w:pStyle w:val="Normal"/>
        <w:rPr/>
      </w:pPr>
      <w:r>
        <w:rPr/>
        <w:t>Ένα τετράγωνο είναι κανονικό πολύγωνο.</w:t>
      </w:r>
    </w:p>
    <w:p>
      <w:pPr>
        <w:pStyle w:val="Normal"/>
        <w:rPr/>
      </w:pPr>
      <w:r>
        <w:rPr/>
        <w:t>Σωστό</w:t>
        <w:br/>
        <w:t>Λάθος</w:t>
      </w:r>
    </w:p>
    <w:p>
      <w:pPr>
        <w:pStyle w:val="2"/>
        <w:rPr/>
      </w:pPr>
      <w:r>
        <w:rPr/>
        <w:t>3. Ερώτηση Σύντομης Απάντησης</w:t>
      </w:r>
    </w:p>
    <w:p>
      <w:pPr>
        <w:pStyle w:val="Normal"/>
        <w:rPr/>
      </w:pPr>
      <w:r>
        <w:rPr/>
        <w:t>Πόσες πλευρές έχει ένα πεντάγωνο;</w:t>
      </w:r>
    </w:p>
    <w:p>
      <w:pPr>
        <w:pStyle w:val="2"/>
        <w:rPr/>
      </w:pPr>
      <w:r>
        <w:rPr/>
        <w:t>4. Ερώτηση Αντιστοίχισης</w:t>
      </w:r>
    </w:p>
    <w:tbl>
      <w:tblPr>
        <w:tblW w:w="86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0"/>
        <w:gridCol w:w="4319"/>
      </w:tblGrid>
      <w:tr>
        <w:trPr/>
        <w:tc>
          <w:tcPr>
            <w:tcW w:w="432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Πολύγωνο</w:t>
            </w:r>
          </w:p>
        </w:tc>
        <w:tc>
          <w:tcPr>
            <w:tcW w:w="4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Πλευρές</w:t>
            </w:r>
          </w:p>
        </w:tc>
      </w:tr>
      <w:tr>
        <w:trPr/>
        <w:tc>
          <w:tcPr>
            <w:tcW w:w="432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Τρίγωνο</w:t>
            </w:r>
          </w:p>
        </w:tc>
        <w:tc>
          <w:tcPr>
            <w:tcW w:w="4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</w:t>
            </w:r>
          </w:p>
        </w:tc>
      </w:tr>
      <w:tr>
        <w:trPr/>
        <w:tc>
          <w:tcPr>
            <w:tcW w:w="432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Τετράγωνο</w:t>
            </w:r>
          </w:p>
        </w:tc>
        <w:tc>
          <w:tcPr>
            <w:tcW w:w="4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4</w:t>
            </w:r>
          </w:p>
        </w:tc>
      </w:tr>
      <w:tr>
        <w:trPr/>
        <w:tc>
          <w:tcPr>
            <w:tcW w:w="432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Πεντάγωνο</w:t>
            </w:r>
          </w:p>
        </w:tc>
        <w:tc>
          <w:tcPr>
            <w:tcW w:w="4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5</w:t>
            </w:r>
          </w:p>
        </w:tc>
      </w:tr>
      <w:tr>
        <w:trPr/>
        <w:tc>
          <w:tcPr>
            <w:tcW w:w="432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Εξάγωνο</w:t>
            </w:r>
          </w:p>
        </w:tc>
        <w:tc>
          <w:tcPr>
            <w:tcW w:w="4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6</w:t>
            </w:r>
          </w:p>
        </w:tc>
      </w:tr>
    </w:tbl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mbria">
    <w:charset w:val="a1"/>
    <w:family w:val="roman"/>
    <w:pitch w:val="variable"/>
  </w:font>
  <w:font w:name="Calibri">
    <w:charset w:val="a1"/>
    <w:family w:val="roman"/>
    <w:pitch w:val="variable"/>
  </w:font>
  <w:font w:name="Courier">
    <w:altName w:val="Courier New"/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Style5">
    <w:name w:val="Έμφαση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6">
    <w:name w:val="Επικεφαλίδα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7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tyle8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Ευρετήριο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1">
    <w:name w:val="Κεφαλίδα και υποσέλιδο"/>
    <w:basedOn w:val="Normal"/>
    <w:qFormat/>
    <w:pPr/>
    <w:rPr/>
  </w:style>
  <w:style w:type="paragraph" w:styleId="Style12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13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Style14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15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21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31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LibreOffice/7.2.2.2$Windows_X86_64 LibreOffice_project/02b2acce88a210515b4a5bb2e46cbfb63fe97d56</Application>
  <AppVersion>15.0000</AppVersion>
  <Pages>1</Pages>
  <Words>55</Words>
  <Characters>291</Characters>
  <CharactersWithSpaces>327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el-GR</dc:language>
  <cp:lastModifiedBy/>
  <dcterms:modified xsi:type="dcterms:W3CDTF">2013-12-23T23:15:00Z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