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08588" w14:textId="1E15CCAE" w:rsidR="00D86337" w:rsidRPr="00D241DD" w:rsidRDefault="00000000">
      <w:pPr>
        <w:jc w:val="center"/>
        <w:rPr>
          <w:lang w:val="el-GR"/>
        </w:rPr>
      </w:pPr>
      <w:r w:rsidRPr="00D241DD">
        <w:rPr>
          <w:b/>
          <w:sz w:val="32"/>
          <w:lang w:val="el-GR"/>
        </w:rPr>
        <w:t>ΦΥΛΛΑΔΙΟ ΕΠΑΝΑΛΗΨΗΣ – ΔΥΝΑΜΕΙΣ</w:t>
      </w:r>
    </w:p>
    <w:p w14:paraId="6BFF5DDD" w14:textId="29E5146E" w:rsidR="00D86337" w:rsidRPr="00D241DD" w:rsidRDefault="00000000">
      <w:pPr>
        <w:jc w:val="center"/>
        <w:rPr>
          <w:lang w:val="el-GR"/>
        </w:rPr>
      </w:pPr>
      <w:r w:rsidRPr="00D241DD">
        <w:rPr>
          <w:i/>
          <w:sz w:val="20"/>
          <w:lang w:val="el-GR"/>
        </w:rPr>
        <w:t>Μαθηματικά Α΄ Γυμνασίου  •  Όνομα: __________________________  Τμήμα: ______  Ημερομηνία: __________</w:t>
      </w:r>
    </w:p>
    <w:p w14:paraId="3AA0BC8D" w14:textId="308B5815" w:rsidR="00D241DD" w:rsidRDefault="00D241DD">
      <w:pPr>
        <w:spacing w:after="100"/>
        <w:rPr>
          <w:b/>
          <w:bCs/>
          <w:sz w:val="24"/>
          <w:szCs w:val="24"/>
          <w:bdr w:val="single" w:sz="4" w:space="0" w:color="auto"/>
          <w:lang w:val="el-GR"/>
        </w:rPr>
      </w:pPr>
    </w:p>
    <w:p w14:paraId="3EC0CE9D" w14:textId="1F6FCB30" w:rsidR="00D86337" w:rsidRPr="00D241DD" w:rsidRDefault="00000000">
      <w:pPr>
        <w:spacing w:after="100"/>
        <w:rPr>
          <w:lang w:val="el-GR"/>
        </w:rPr>
      </w:pPr>
      <w:r w:rsidRPr="00D241DD">
        <w:rPr>
          <w:b/>
          <w:bCs/>
          <w:sz w:val="24"/>
          <w:szCs w:val="24"/>
          <w:bdr w:val="single" w:sz="4" w:space="0" w:color="auto"/>
          <w:lang w:val="el-GR"/>
        </w:rPr>
        <w:t xml:space="preserve">Θυμάμαι: </w:t>
      </w:r>
      <w:proofErr w:type="spellStart"/>
      <w:r w:rsidRPr="00D241DD">
        <w:rPr>
          <w:b/>
          <w:bCs/>
          <w:sz w:val="24"/>
          <w:szCs w:val="24"/>
          <w:bdr w:val="single" w:sz="4" w:space="0" w:color="auto"/>
          <w:lang w:val="el-GR"/>
        </w:rPr>
        <w:t>αⁿ</w:t>
      </w:r>
      <w:proofErr w:type="spellEnd"/>
      <w:r w:rsidRPr="00D241DD">
        <w:rPr>
          <w:b/>
          <w:bCs/>
          <w:sz w:val="24"/>
          <w:szCs w:val="24"/>
          <w:bdr w:val="single" w:sz="4" w:space="0" w:color="auto"/>
          <w:lang w:val="el-GR"/>
        </w:rPr>
        <w:t xml:space="preserve"> = </w:t>
      </w:r>
      <w:proofErr w:type="spellStart"/>
      <w:r w:rsidRPr="00D241DD">
        <w:rPr>
          <w:b/>
          <w:bCs/>
          <w:sz w:val="24"/>
          <w:szCs w:val="24"/>
          <w:bdr w:val="single" w:sz="4" w:space="0" w:color="auto"/>
          <w:lang w:val="el-GR"/>
        </w:rPr>
        <w:t>α·α</w:t>
      </w:r>
      <w:proofErr w:type="spellEnd"/>
      <w:r w:rsidRPr="00D241DD">
        <w:rPr>
          <w:b/>
          <w:bCs/>
          <w:sz w:val="24"/>
          <w:szCs w:val="24"/>
          <w:bdr w:val="single" w:sz="4" w:space="0" w:color="auto"/>
          <w:lang w:val="el-GR"/>
        </w:rPr>
        <w:t>·…·α (ν παράγοντες). Η α είναι η βάση και ο ν ο εκθέτης</w:t>
      </w:r>
      <w:r w:rsidRPr="00D241DD">
        <w:rPr>
          <w:lang w:val="el-GR"/>
        </w:rPr>
        <w:t>.</w:t>
      </w:r>
    </w:p>
    <w:p w14:paraId="0A3F51DD" w14:textId="55D97C82" w:rsidR="00D241DD" w:rsidRDefault="00D241DD">
      <w:pPr>
        <w:spacing w:before="100" w:after="40"/>
        <w:rPr>
          <w:b/>
          <w:lang w:val="el-GR"/>
        </w:rPr>
      </w:pPr>
    </w:p>
    <w:p w14:paraId="05C33A06" w14:textId="7EB75684" w:rsidR="00D86337" w:rsidRPr="00D241DD" w:rsidRDefault="00000000">
      <w:pPr>
        <w:spacing w:before="100" w:after="40"/>
        <w:rPr>
          <w:lang w:val="el-GR"/>
        </w:rPr>
      </w:pPr>
      <w:r w:rsidRPr="00D241DD">
        <w:rPr>
          <w:b/>
          <w:lang w:val="el-GR"/>
        </w:rPr>
        <w:t>1. Γράφω ως δύναμη</w:t>
      </w:r>
    </w:p>
    <w:p w14:paraId="2025BBFC" w14:textId="3DC829B4" w:rsidR="00D241DD" w:rsidRDefault="00000000">
      <w:pPr>
        <w:spacing w:after="80"/>
        <w:ind w:left="227"/>
        <w:rPr>
          <w:lang w:val="el-GR"/>
        </w:rPr>
      </w:pPr>
      <w:r w:rsidRPr="00D241DD">
        <w:rPr>
          <w:lang w:val="el-GR"/>
        </w:rPr>
        <w:t xml:space="preserve">Να γράψετε ως μία δύναμη:  </w:t>
      </w:r>
    </w:p>
    <w:p w14:paraId="042A100E" w14:textId="4133EF58" w:rsidR="00D241DD" w:rsidRDefault="00000000">
      <w:pPr>
        <w:spacing w:after="80"/>
        <w:ind w:left="227"/>
        <w:rPr>
          <w:lang w:val="el-GR"/>
        </w:rPr>
      </w:pPr>
      <w:r w:rsidRPr="00D241DD">
        <w:rPr>
          <w:lang w:val="el-GR"/>
        </w:rPr>
        <w:t xml:space="preserve">α) 3·3·3·3 = ______   </w:t>
      </w:r>
      <w:r w:rsidR="00D241DD">
        <w:rPr>
          <w:lang w:val="el-GR"/>
        </w:rPr>
        <w:t xml:space="preserve">                      </w:t>
      </w:r>
      <w:r w:rsidRPr="00D241DD">
        <w:rPr>
          <w:lang w:val="el-GR"/>
        </w:rPr>
        <w:t xml:space="preserve">β) 5·5·5 = ______   </w:t>
      </w:r>
    </w:p>
    <w:p w14:paraId="2D95BB9E" w14:textId="53D7D5DC" w:rsidR="00D86337" w:rsidRPr="00D241DD" w:rsidRDefault="00000000">
      <w:pPr>
        <w:spacing w:after="80"/>
        <w:ind w:left="227"/>
        <w:rPr>
          <w:lang w:val="el-GR"/>
        </w:rPr>
      </w:pPr>
      <w:r w:rsidRPr="00D241DD">
        <w:rPr>
          <w:lang w:val="el-GR"/>
        </w:rPr>
        <w:t xml:space="preserve">γ) 2·2·2·2·2 = ______   </w:t>
      </w:r>
      <w:r w:rsidR="00D241DD">
        <w:rPr>
          <w:lang w:val="el-GR"/>
        </w:rPr>
        <w:t xml:space="preserve">                   </w:t>
      </w:r>
      <w:r w:rsidRPr="00D241DD">
        <w:rPr>
          <w:lang w:val="el-GR"/>
        </w:rPr>
        <w:t>δ) 10·10 = ______</w:t>
      </w:r>
    </w:p>
    <w:p w14:paraId="05D13FE8" w14:textId="2B584755" w:rsidR="00D241DD" w:rsidRDefault="00D241DD">
      <w:pPr>
        <w:spacing w:before="100" w:after="40"/>
        <w:rPr>
          <w:b/>
          <w:lang w:val="el-GR"/>
        </w:rPr>
      </w:pPr>
    </w:p>
    <w:p w14:paraId="644B6228" w14:textId="6D0665B7" w:rsidR="00D86337" w:rsidRPr="00D241DD" w:rsidRDefault="00000000">
      <w:pPr>
        <w:spacing w:before="100" w:after="40"/>
        <w:rPr>
          <w:lang w:val="el-GR"/>
        </w:rPr>
      </w:pPr>
      <w:r w:rsidRPr="00D241DD">
        <w:rPr>
          <w:b/>
          <w:lang w:val="el-GR"/>
        </w:rPr>
        <w:t>2. Γράφω ως γινόμενο και αναγνωρίζω</w:t>
      </w:r>
    </w:p>
    <w:p w14:paraId="3A2AD294" w14:textId="77777777" w:rsidR="00D241DD" w:rsidRDefault="00000000">
      <w:pPr>
        <w:spacing w:after="80"/>
        <w:ind w:left="227"/>
        <w:rPr>
          <w:lang w:val="el-GR"/>
        </w:rPr>
      </w:pPr>
      <w:r w:rsidRPr="00D241DD">
        <w:rPr>
          <w:lang w:val="el-GR"/>
        </w:rPr>
        <w:t xml:space="preserve">Να αναπτύξετε τις δυνάμεις και να σημειώσετε βάση και εκθέτη: </w:t>
      </w:r>
    </w:p>
    <w:p w14:paraId="3B01767E" w14:textId="2385BFD6" w:rsidR="00D86337" w:rsidRPr="00D241DD" w:rsidRDefault="00000000">
      <w:pPr>
        <w:spacing w:after="80"/>
        <w:ind w:left="227"/>
        <w:rPr>
          <w:lang w:val="el-GR"/>
        </w:rPr>
      </w:pPr>
      <w:r w:rsidRPr="00D241DD">
        <w:rPr>
          <w:lang w:val="el-GR"/>
        </w:rPr>
        <w:t xml:space="preserve"> α) 4³ = __________________  β) 7² = __________________  γ) 2⁵ = __________________</w:t>
      </w:r>
    </w:p>
    <w:p w14:paraId="21AFEC0D" w14:textId="77777777" w:rsidR="00D241DD" w:rsidRDefault="00D241DD">
      <w:pPr>
        <w:spacing w:before="100" w:after="40"/>
        <w:rPr>
          <w:b/>
          <w:lang w:val="el-GR"/>
        </w:rPr>
      </w:pPr>
    </w:p>
    <w:p w14:paraId="422B9112" w14:textId="508E0ED2" w:rsidR="00D86337" w:rsidRPr="00D241DD" w:rsidRDefault="00000000">
      <w:pPr>
        <w:spacing w:before="100" w:after="40"/>
        <w:rPr>
          <w:lang w:val="el-GR"/>
        </w:rPr>
      </w:pPr>
      <w:r w:rsidRPr="00D241DD">
        <w:rPr>
          <w:b/>
          <w:lang w:val="el-GR"/>
        </w:rPr>
        <w:t>3. Υπολογίζω δυνάμεις</w:t>
      </w:r>
    </w:p>
    <w:p w14:paraId="177A7826" w14:textId="0D86FE4E" w:rsidR="00D241DD" w:rsidRDefault="00000000">
      <w:pPr>
        <w:spacing w:after="80"/>
        <w:ind w:left="227"/>
        <w:rPr>
          <w:lang w:val="el-GR"/>
        </w:rPr>
      </w:pPr>
      <w:r w:rsidRPr="00D241DD">
        <w:rPr>
          <w:lang w:val="el-GR"/>
        </w:rPr>
        <w:t xml:space="preserve">Να υπολογίσετε: </w:t>
      </w:r>
    </w:p>
    <w:p w14:paraId="1C693C74" w14:textId="187CAFFA" w:rsidR="00D86337" w:rsidRPr="00D241DD" w:rsidRDefault="00000000">
      <w:pPr>
        <w:spacing w:after="80"/>
        <w:ind w:left="227"/>
        <w:rPr>
          <w:lang w:val="el-GR"/>
        </w:rPr>
      </w:pPr>
      <w:r w:rsidRPr="00D241DD">
        <w:rPr>
          <w:lang w:val="el-GR"/>
        </w:rPr>
        <w:t>α) 2⁴ = ____   β) 3³ = ____   γ) 5² = ____   δ) 10³ = ____   ε) 6² = ____</w:t>
      </w:r>
    </w:p>
    <w:p w14:paraId="5542A2B0" w14:textId="19A3CED9" w:rsidR="00D241DD" w:rsidRDefault="00D241DD">
      <w:pPr>
        <w:spacing w:before="100" w:after="40"/>
        <w:rPr>
          <w:b/>
          <w:lang w:val="el-GR"/>
        </w:rPr>
      </w:pPr>
    </w:p>
    <w:p w14:paraId="0C40EA9C" w14:textId="70973835" w:rsidR="00D86337" w:rsidRPr="00D241DD" w:rsidRDefault="00000000">
      <w:pPr>
        <w:spacing w:before="100" w:after="40"/>
        <w:rPr>
          <w:lang w:val="el-GR"/>
        </w:rPr>
      </w:pPr>
      <w:r w:rsidRPr="00D241DD">
        <w:rPr>
          <w:b/>
          <w:lang w:val="el-GR"/>
        </w:rPr>
        <w:t>4. Συμπληρώνω τα κενά</w:t>
      </w:r>
    </w:p>
    <w:p w14:paraId="31752C8D" w14:textId="34F59567" w:rsidR="00D86337" w:rsidRPr="00D241DD" w:rsidRDefault="00000000">
      <w:pPr>
        <w:spacing w:after="80"/>
        <w:ind w:left="227"/>
        <w:rPr>
          <w:lang w:val="el-GR"/>
        </w:rPr>
      </w:pPr>
      <w:r w:rsidRPr="00D241DD">
        <w:rPr>
          <w:lang w:val="el-GR"/>
        </w:rPr>
        <w:t>α) 4·4·4·4 = 4^___   β) ___·___·___ = 3³   γ) 2^___ = 32   δ) ___² = 49   ε) 10^___ = 1000</w:t>
      </w:r>
    </w:p>
    <w:p w14:paraId="4BF6A906" w14:textId="697430DD" w:rsidR="00D241DD" w:rsidRDefault="00D241DD">
      <w:pPr>
        <w:spacing w:before="100" w:after="40"/>
        <w:rPr>
          <w:b/>
          <w:lang w:val="el-GR"/>
        </w:rPr>
      </w:pPr>
    </w:p>
    <w:p w14:paraId="773AFACE" w14:textId="7B10545D" w:rsidR="00D86337" w:rsidRPr="00D241DD" w:rsidRDefault="00000000">
      <w:pPr>
        <w:spacing w:before="100" w:after="40"/>
        <w:rPr>
          <w:lang w:val="el-GR"/>
        </w:rPr>
      </w:pPr>
      <w:r w:rsidRPr="00D241DD">
        <w:rPr>
          <w:b/>
          <w:lang w:val="el-GR"/>
        </w:rPr>
        <w:t>5. Σωστό ή λάθος; Διορθώνω όπου χρειάζεται</w:t>
      </w:r>
    </w:p>
    <w:p w14:paraId="7DC8A408" w14:textId="66ED9E08" w:rsidR="00D241DD" w:rsidRDefault="00000000">
      <w:pPr>
        <w:spacing w:after="80"/>
        <w:ind w:left="227"/>
        <w:rPr>
          <w:lang w:val="el-GR"/>
        </w:rPr>
      </w:pPr>
      <w:r w:rsidRPr="00D241DD">
        <w:rPr>
          <w:lang w:val="el-GR"/>
        </w:rPr>
        <w:t xml:space="preserve">α) 3³ = 9  ______   β) 2⁵ = 32  ______   </w:t>
      </w:r>
    </w:p>
    <w:p w14:paraId="5229A966" w14:textId="76FF2D5F" w:rsidR="00D241DD" w:rsidRDefault="00000000">
      <w:pPr>
        <w:spacing w:after="80"/>
        <w:ind w:left="227"/>
        <w:rPr>
          <w:lang w:val="el-GR"/>
        </w:rPr>
      </w:pPr>
      <w:r w:rsidRPr="00D241DD">
        <w:rPr>
          <w:lang w:val="el-GR"/>
        </w:rPr>
        <w:t xml:space="preserve">γ) 7² = 14  ______   δ) 5·5·5 = 5³  ______   </w:t>
      </w:r>
    </w:p>
    <w:p w14:paraId="2CB4AC05" w14:textId="69024A26" w:rsidR="00D86337" w:rsidRPr="00D241DD" w:rsidRDefault="00000000">
      <w:pPr>
        <w:spacing w:after="80"/>
        <w:ind w:left="227"/>
        <w:rPr>
          <w:lang w:val="el-GR"/>
        </w:rPr>
      </w:pPr>
      <w:r w:rsidRPr="00D241DD">
        <w:rPr>
          <w:lang w:val="el-GR"/>
        </w:rPr>
        <w:t>ε) 10² = 100  ______</w:t>
      </w:r>
    </w:p>
    <w:p w14:paraId="2A3806F9" w14:textId="6D353569" w:rsidR="00D86337" w:rsidRPr="00D241DD" w:rsidRDefault="006028A0">
      <w:pPr>
        <w:rPr>
          <w:lang w:val="el-GR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1" wp14:anchorId="763C1660" wp14:editId="6C37069A">
            <wp:simplePos x="0" y="0"/>
            <wp:positionH relativeFrom="column">
              <wp:posOffset>-2540</wp:posOffset>
            </wp:positionH>
            <wp:positionV relativeFrom="paragraph">
              <wp:posOffset>377825</wp:posOffset>
            </wp:positionV>
            <wp:extent cx="3429000" cy="2295144"/>
            <wp:effectExtent l="0" t="0" r="0" b="0"/>
            <wp:wrapNone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295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 w:rsidRPr="00D241DD">
        <w:rPr>
          <w:lang w:val="el-GR"/>
        </w:rPr>
        <w:br w:type="page"/>
      </w:r>
    </w:p>
    <w:p w14:paraId="53F86F43" w14:textId="7ADE4C9E" w:rsidR="006028A0" w:rsidRDefault="006028A0">
      <w:pPr>
        <w:jc w:val="center"/>
        <w:rPr>
          <w:b/>
          <w:sz w:val="32"/>
          <w:lang w:val="el-GR"/>
        </w:rPr>
      </w:pPr>
    </w:p>
    <w:p w14:paraId="4270390D" w14:textId="3B9CA8E1" w:rsidR="00D86337" w:rsidRPr="00D241DD" w:rsidRDefault="00000000">
      <w:pPr>
        <w:jc w:val="center"/>
        <w:rPr>
          <w:lang w:val="el-GR"/>
        </w:rPr>
      </w:pPr>
      <w:r w:rsidRPr="00D241DD">
        <w:rPr>
          <w:b/>
          <w:sz w:val="32"/>
          <w:lang w:val="el-GR"/>
        </w:rPr>
        <w:t>ΦΥΛΛΑΔΙΟ ΕΠΑΝΑΛΗΨΗΣ – ΑΡΙΘΜΗΤΙΚΕΣ ΠΑΡΑΣΤΑΣΕΙΣ</w:t>
      </w:r>
    </w:p>
    <w:p w14:paraId="66498335" w14:textId="15119095" w:rsidR="00D86337" w:rsidRPr="00D241DD" w:rsidRDefault="00000000">
      <w:pPr>
        <w:jc w:val="center"/>
        <w:rPr>
          <w:lang w:val="el-GR"/>
        </w:rPr>
      </w:pPr>
      <w:r w:rsidRPr="00D241DD">
        <w:rPr>
          <w:i/>
          <w:sz w:val="20"/>
          <w:lang w:val="el-GR"/>
        </w:rPr>
        <w:t>Σειρά εκτέλεσης πράξεων  •  Όνομα: __________________________  Τμήμα: ______</w:t>
      </w:r>
    </w:p>
    <w:p w14:paraId="49659A8F" w14:textId="37174896" w:rsidR="00D241DD" w:rsidRDefault="00D241DD">
      <w:pPr>
        <w:spacing w:after="100"/>
        <w:rPr>
          <w:lang w:val="el-GR"/>
        </w:rPr>
      </w:pPr>
    </w:p>
    <w:p w14:paraId="2D3B8024" w14:textId="0E03EE02" w:rsidR="00D86337" w:rsidRPr="00D241DD" w:rsidRDefault="00000000" w:rsidP="00D2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00"/>
        <w:rPr>
          <w:b/>
          <w:bCs/>
          <w:sz w:val="24"/>
          <w:szCs w:val="24"/>
          <w:lang w:val="el-GR"/>
        </w:rPr>
      </w:pPr>
      <w:r w:rsidRPr="00D241DD">
        <w:rPr>
          <w:b/>
          <w:bCs/>
          <w:sz w:val="24"/>
          <w:szCs w:val="24"/>
          <w:lang w:val="el-GR"/>
        </w:rPr>
        <w:t>Θυμάμαι τη σειρά: 1) παρενθέσεις, 2) δυνάμεις, 3) πολλαπλασιασμοί και διαιρέσεις, 4) προσθέσεις και αφαιρέσεις. Πράξεις ίδιας προτεραιότητας εκτελούνται από αριστερά προς τα δεξιά.</w:t>
      </w:r>
    </w:p>
    <w:p w14:paraId="0916B10A" w14:textId="026175CF" w:rsidR="00683F97" w:rsidRDefault="00683F97">
      <w:pPr>
        <w:spacing w:before="100" w:after="40"/>
        <w:rPr>
          <w:b/>
          <w:lang w:val="el-GR"/>
        </w:rPr>
      </w:pPr>
    </w:p>
    <w:p w14:paraId="5EAFB088" w14:textId="3A6D91BA" w:rsidR="00D86337" w:rsidRPr="00D241DD" w:rsidRDefault="00000000">
      <w:pPr>
        <w:spacing w:before="100" w:after="40"/>
        <w:rPr>
          <w:lang w:val="el-GR"/>
        </w:rPr>
      </w:pPr>
      <w:r w:rsidRPr="00D241DD">
        <w:rPr>
          <w:b/>
          <w:lang w:val="el-GR"/>
        </w:rPr>
        <w:t>1. Υπολογίζω χωρίς παρενθέσεις</w:t>
      </w:r>
    </w:p>
    <w:p w14:paraId="151427E0" w14:textId="77777777" w:rsidR="00D86337" w:rsidRPr="00D241DD" w:rsidRDefault="00000000">
      <w:pPr>
        <w:spacing w:after="80"/>
        <w:ind w:left="227"/>
        <w:rPr>
          <w:lang w:val="el-GR"/>
        </w:rPr>
      </w:pPr>
      <w:r w:rsidRPr="00D241DD">
        <w:rPr>
          <w:lang w:val="el-GR"/>
        </w:rPr>
        <w:t>α) 7 + 3·2 = ______   β) 20 − 12:3 = ______   γ) 5·4 + 6 = ______   δ) 36:6 − 2 = ______</w:t>
      </w:r>
    </w:p>
    <w:p w14:paraId="170CFAA7" w14:textId="0BF7F2CC" w:rsidR="00D241DD" w:rsidRDefault="00D241DD">
      <w:pPr>
        <w:spacing w:before="100" w:after="40"/>
        <w:rPr>
          <w:b/>
          <w:lang w:val="el-GR"/>
        </w:rPr>
      </w:pPr>
    </w:p>
    <w:p w14:paraId="414A8761" w14:textId="5CE9F947" w:rsidR="00D86337" w:rsidRPr="00D241DD" w:rsidRDefault="00000000">
      <w:pPr>
        <w:spacing w:before="100" w:after="40"/>
        <w:rPr>
          <w:lang w:val="el-GR"/>
        </w:rPr>
      </w:pPr>
      <w:r w:rsidRPr="00D241DD">
        <w:rPr>
          <w:b/>
          <w:lang w:val="el-GR"/>
        </w:rPr>
        <w:t>2. Οι δυνάμεις προηγούνται</w:t>
      </w:r>
    </w:p>
    <w:p w14:paraId="63386742" w14:textId="13B698B6" w:rsidR="00D86337" w:rsidRPr="00D241DD" w:rsidRDefault="00000000">
      <w:pPr>
        <w:spacing w:after="80"/>
        <w:ind w:left="227"/>
        <w:rPr>
          <w:lang w:val="el-GR"/>
        </w:rPr>
      </w:pPr>
      <w:r w:rsidRPr="00D241DD">
        <w:rPr>
          <w:lang w:val="el-GR"/>
        </w:rPr>
        <w:t>Να υπολογίσετε:  α) 2³ + 5 = ______   β) 4² − 7 = ______   γ) 3·2² + 4 = ______   δ) 30 − 2³·3 = ______</w:t>
      </w:r>
    </w:p>
    <w:p w14:paraId="466CEA5F" w14:textId="4B2A5BFB" w:rsidR="00D241DD" w:rsidRDefault="00D241DD">
      <w:pPr>
        <w:spacing w:before="100" w:after="40"/>
        <w:rPr>
          <w:b/>
          <w:lang w:val="el-GR"/>
        </w:rPr>
      </w:pPr>
    </w:p>
    <w:p w14:paraId="05DE32B6" w14:textId="6C9039F2" w:rsidR="00D86337" w:rsidRPr="00D241DD" w:rsidRDefault="00000000">
      <w:pPr>
        <w:spacing w:before="100" w:after="40"/>
        <w:rPr>
          <w:lang w:val="el-GR"/>
        </w:rPr>
      </w:pPr>
      <w:r w:rsidRPr="00D241DD">
        <w:rPr>
          <w:b/>
          <w:lang w:val="el-GR"/>
        </w:rPr>
        <w:t>3. Προσοχή στις παρενθέσεις</w:t>
      </w:r>
    </w:p>
    <w:p w14:paraId="384C1A87" w14:textId="77777777" w:rsidR="00D86337" w:rsidRPr="00D241DD" w:rsidRDefault="00000000">
      <w:pPr>
        <w:spacing w:after="80"/>
        <w:ind w:left="227"/>
        <w:rPr>
          <w:lang w:val="el-GR"/>
        </w:rPr>
      </w:pPr>
      <w:r w:rsidRPr="00D241DD">
        <w:rPr>
          <w:lang w:val="el-GR"/>
        </w:rPr>
        <w:t>α) (8 + 4)·2 = ______   β) 30:(5 + 1) = ______   γ) 3·(7 − 2) + 4 = ______   δ) (18 − 6):3 + 5 = ______</w:t>
      </w:r>
    </w:p>
    <w:p w14:paraId="41FF9770" w14:textId="78506946" w:rsidR="00D241DD" w:rsidRDefault="00D241DD">
      <w:pPr>
        <w:spacing w:before="100" w:after="40"/>
        <w:rPr>
          <w:b/>
          <w:lang w:val="el-GR"/>
        </w:rPr>
      </w:pPr>
    </w:p>
    <w:p w14:paraId="5AA27F8A" w14:textId="5B680E75" w:rsidR="00D86337" w:rsidRPr="00D241DD" w:rsidRDefault="00000000">
      <w:pPr>
        <w:spacing w:before="100" w:after="40"/>
        <w:rPr>
          <w:lang w:val="el-GR"/>
        </w:rPr>
      </w:pPr>
      <w:r w:rsidRPr="00D241DD">
        <w:rPr>
          <w:b/>
          <w:lang w:val="el-GR"/>
        </w:rPr>
        <w:t>4. Μικτές παραστάσεις</w:t>
      </w:r>
    </w:p>
    <w:p w14:paraId="2703AA73" w14:textId="23257CD2" w:rsidR="00D86337" w:rsidRPr="00D241DD" w:rsidRDefault="00000000">
      <w:pPr>
        <w:spacing w:after="80"/>
        <w:ind w:left="227"/>
        <w:rPr>
          <w:lang w:val="el-GR"/>
        </w:rPr>
      </w:pPr>
      <w:r w:rsidRPr="00D241DD">
        <w:rPr>
          <w:lang w:val="el-GR"/>
        </w:rPr>
        <w:t>Να υπολογίσετε με τη σωστή σειρά:  α) 2³ + 4·5 − 6 = ______   β) 3²·2 + 18:3 = ______   γ) 20 − 2²·3 + 5 = ______   δ) (6 + 2)²:4 = ______</w:t>
      </w:r>
    </w:p>
    <w:p w14:paraId="0910AA99" w14:textId="77777777" w:rsidR="00D241DD" w:rsidRDefault="00D241DD">
      <w:pPr>
        <w:spacing w:before="100" w:after="40"/>
        <w:rPr>
          <w:b/>
          <w:lang w:val="el-GR"/>
        </w:rPr>
      </w:pPr>
    </w:p>
    <w:p w14:paraId="52AEC509" w14:textId="2EECF5B1" w:rsidR="00D86337" w:rsidRPr="00D241DD" w:rsidRDefault="00000000">
      <w:pPr>
        <w:spacing w:before="100" w:after="40"/>
        <w:rPr>
          <w:lang w:val="el-GR"/>
        </w:rPr>
      </w:pPr>
      <w:r w:rsidRPr="00D241DD">
        <w:rPr>
          <w:b/>
          <w:lang w:val="el-GR"/>
        </w:rPr>
        <w:t>5. Πρόκληση – γράφω τα ενδιάμεσα βήματα</w:t>
      </w:r>
    </w:p>
    <w:p w14:paraId="5BE8C8F0" w14:textId="32DF9229" w:rsidR="00D241DD" w:rsidRDefault="00000000">
      <w:pPr>
        <w:spacing w:after="80"/>
        <w:ind w:left="227"/>
        <w:rPr>
          <w:lang w:val="el-GR"/>
        </w:rPr>
      </w:pPr>
      <w:r w:rsidRPr="00D241DD">
        <w:rPr>
          <w:lang w:val="el-GR"/>
        </w:rPr>
        <w:t xml:space="preserve">Να υπολογίσετε αναλυτικά:  </w:t>
      </w:r>
    </w:p>
    <w:p w14:paraId="010E18AE" w14:textId="74ED1D68" w:rsidR="00D241DD" w:rsidRDefault="00000000">
      <w:pPr>
        <w:spacing w:after="80"/>
        <w:ind w:left="227"/>
        <w:rPr>
          <w:lang w:val="el-GR"/>
        </w:rPr>
      </w:pPr>
      <w:r w:rsidRPr="00D241DD">
        <w:rPr>
          <w:lang w:val="el-GR"/>
        </w:rPr>
        <w:t xml:space="preserve">α) 3² + 2·(8 − 5) = ______  </w:t>
      </w:r>
    </w:p>
    <w:p w14:paraId="7C29760D" w14:textId="6F619DBD" w:rsidR="00D241DD" w:rsidRDefault="00000000">
      <w:pPr>
        <w:spacing w:after="80"/>
        <w:ind w:left="227"/>
        <w:rPr>
          <w:lang w:val="el-GR"/>
        </w:rPr>
      </w:pPr>
      <w:r w:rsidRPr="00D241DD">
        <w:rPr>
          <w:lang w:val="el-GR"/>
        </w:rPr>
        <w:t xml:space="preserve"> β) 24:2³ + 3·4 = ______   </w:t>
      </w:r>
    </w:p>
    <w:p w14:paraId="4789C4A0" w14:textId="4BFF5B9B" w:rsidR="00D241DD" w:rsidRDefault="00000000">
      <w:pPr>
        <w:spacing w:after="80"/>
        <w:ind w:left="227"/>
        <w:rPr>
          <w:lang w:val="el-GR"/>
        </w:rPr>
      </w:pPr>
      <w:r w:rsidRPr="00D241DD">
        <w:rPr>
          <w:lang w:val="el-GR"/>
        </w:rPr>
        <w:t xml:space="preserve">γ) (5 + 3)·2² − 6 = ______   </w:t>
      </w:r>
    </w:p>
    <w:p w14:paraId="15C9BA25" w14:textId="478E1DC9" w:rsidR="00D86337" w:rsidRPr="00D241DD" w:rsidRDefault="006028A0">
      <w:pPr>
        <w:spacing w:after="80"/>
        <w:ind w:left="227"/>
        <w:rPr>
          <w:lang w:val="el-GR"/>
        </w:rPr>
      </w:pPr>
      <w:r>
        <w:rPr>
          <w:noProof/>
        </w:rPr>
        <w:drawing>
          <wp:anchor distT="0" distB="0" distL="114300" distR="114300" simplePos="0" relativeHeight="251665920" behindDoc="0" locked="0" layoutInCell="1" allowOverlap="1" wp14:anchorId="685FD096" wp14:editId="6D1A287E">
            <wp:simplePos x="0" y="0"/>
            <wp:positionH relativeFrom="column">
              <wp:posOffset>111760</wp:posOffset>
            </wp:positionH>
            <wp:positionV relativeFrom="paragraph">
              <wp:posOffset>374015</wp:posOffset>
            </wp:positionV>
            <wp:extent cx="2479450" cy="2133600"/>
            <wp:effectExtent l="0" t="0" r="0" b="0"/>
            <wp:wrapNone/>
            <wp:docPr id="1301019754" name="Εικόνα 1" descr="order of operations | Math, Order of operations, Mental m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der of operations | Math, Order of operations, Mental math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4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 w:rsidRPr="00D241DD">
        <w:rPr>
          <w:lang w:val="el-GR"/>
        </w:rPr>
        <w:t>δ) 30 − [2·3² + 4] = ______</w:t>
      </w:r>
    </w:p>
    <w:sectPr w:rsidR="00D86337" w:rsidRPr="00D241DD" w:rsidSect="00034616">
      <w:footerReference w:type="default" r:id="rId10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F1F30" w14:textId="77777777" w:rsidR="006B53D5" w:rsidRDefault="006B53D5">
      <w:pPr>
        <w:spacing w:after="0" w:line="240" w:lineRule="auto"/>
      </w:pPr>
      <w:r>
        <w:separator/>
      </w:r>
    </w:p>
  </w:endnote>
  <w:endnote w:type="continuationSeparator" w:id="0">
    <w:p w14:paraId="11558712" w14:textId="77777777" w:rsidR="006B53D5" w:rsidRDefault="006B5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86A9F" w14:textId="77777777" w:rsidR="00D86337" w:rsidRPr="00D241DD" w:rsidRDefault="00000000">
    <w:pPr>
      <w:pStyle w:val="a6"/>
      <w:jc w:val="center"/>
      <w:rPr>
        <w:lang w:val="el-GR"/>
      </w:rPr>
    </w:pPr>
    <w:r w:rsidRPr="00D241DD">
      <w:rPr>
        <w:sz w:val="16"/>
        <w:lang w:val="el-GR"/>
      </w:rPr>
      <w:t>Μαθηματικά Α΄ Γυμνασίου – Δυνάμεις και σειρά πράξεων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C4663" w14:textId="77777777" w:rsidR="006B53D5" w:rsidRDefault="006B53D5">
      <w:pPr>
        <w:spacing w:after="0" w:line="240" w:lineRule="auto"/>
      </w:pPr>
      <w:r>
        <w:separator/>
      </w:r>
    </w:p>
  </w:footnote>
  <w:footnote w:type="continuationSeparator" w:id="0">
    <w:p w14:paraId="029A25DB" w14:textId="77777777" w:rsidR="006B53D5" w:rsidRDefault="006B53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2250142">
    <w:abstractNumId w:val="8"/>
  </w:num>
  <w:num w:numId="2" w16cid:durableId="1277298594">
    <w:abstractNumId w:val="6"/>
  </w:num>
  <w:num w:numId="3" w16cid:durableId="2041053825">
    <w:abstractNumId w:val="5"/>
  </w:num>
  <w:num w:numId="4" w16cid:durableId="2107000875">
    <w:abstractNumId w:val="4"/>
  </w:num>
  <w:num w:numId="5" w16cid:durableId="226887764">
    <w:abstractNumId w:val="7"/>
  </w:num>
  <w:num w:numId="6" w16cid:durableId="5404446">
    <w:abstractNumId w:val="3"/>
  </w:num>
  <w:num w:numId="7" w16cid:durableId="641498945">
    <w:abstractNumId w:val="2"/>
  </w:num>
  <w:num w:numId="8" w16cid:durableId="1643271931">
    <w:abstractNumId w:val="1"/>
  </w:num>
  <w:num w:numId="9" w16cid:durableId="890920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4AB9"/>
    <w:rsid w:val="006028A0"/>
    <w:rsid w:val="00683F97"/>
    <w:rsid w:val="006B53D5"/>
    <w:rsid w:val="00AA1D8D"/>
    <w:rsid w:val="00B47730"/>
    <w:rsid w:val="00CB0664"/>
    <w:rsid w:val="00D241DD"/>
    <w:rsid w:val="00D863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707ADE"/>
  <w14:defaultImageDpi w14:val="300"/>
  <w15:docId w15:val="{552E6ED4-13DF-4F39-B756-4A856B053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310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User-01</cp:lastModifiedBy>
  <cp:revision>4</cp:revision>
  <dcterms:created xsi:type="dcterms:W3CDTF">2026-09-21T21:40:00Z</dcterms:created>
  <dcterms:modified xsi:type="dcterms:W3CDTF">2026-09-21T21:50:00Z</dcterms:modified>
  <cp:category/>
</cp:coreProperties>
</file>