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73038" w14:textId="77777777" w:rsidR="00292E77" w:rsidRDefault="00292E77">
      <w:pPr>
        <w:pStyle w:val="1"/>
        <w:rPr>
          <w:lang w:val="fr-FR"/>
        </w:rPr>
      </w:pPr>
      <w:r>
        <w:t>Γ΄</w:t>
      </w:r>
      <w:r w:rsidRPr="00292E77">
        <w:rPr>
          <w:lang w:val="fr-FR"/>
        </w:rPr>
        <w:t xml:space="preserve"> </w:t>
      </w:r>
      <w:r>
        <w:t>ΓΥΜΝΑΣΙΟΥ</w:t>
      </w:r>
      <w:r w:rsidRPr="00292E77">
        <w:rPr>
          <w:lang w:val="fr-FR"/>
        </w:rPr>
        <w:t xml:space="preserve"> micro-intervalle</w:t>
      </w:r>
    </w:p>
    <w:p w14:paraId="42F5C7CF" w14:textId="5D596841" w:rsidR="00F65250" w:rsidRPr="00F65250" w:rsidRDefault="00F65250" w:rsidP="00F65250">
      <w:pPr>
        <w:rPr>
          <w:sz w:val="18"/>
          <w:szCs w:val="18"/>
          <w:lang w:val="fr-FR"/>
        </w:rPr>
      </w:pPr>
      <w:r w:rsidRPr="00F65250">
        <w:rPr>
          <w:sz w:val="18"/>
          <w:szCs w:val="18"/>
          <w:lang w:val="fr-FR"/>
        </w:rPr>
        <w:t xml:space="preserve">NOM :                                       PRENOM :                                              CLASSE :       </w:t>
      </w:r>
    </w:p>
    <w:p w14:paraId="59115545" w14:textId="77777777" w:rsidR="00F65250" w:rsidRPr="00F65250" w:rsidRDefault="00F65250" w:rsidP="00F65250">
      <w:pPr>
        <w:rPr>
          <w:sz w:val="18"/>
          <w:szCs w:val="18"/>
          <w:lang w:val="fr-FR"/>
        </w:rPr>
      </w:pPr>
      <w:r w:rsidRPr="00F65250">
        <w:rPr>
          <w:sz w:val="18"/>
          <w:szCs w:val="18"/>
          <w:lang w:val="fr-FR"/>
        </w:rPr>
        <w:t xml:space="preserve">DATE : </w:t>
      </w:r>
    </w:p>
    <w:p w14:paraId="64081DB1" w14:textId="485840F3" w:rsidR="00CC0E4B" w:rsidRPr="00292E77" w:rsidRDefault="00000000">
      <w:pPr>
        <w:rPr>
          <w:lang w:val="fr-FR"/>
        </w:rPr>
      </w:pPr>
      <w:r w:rsidRPr="00F65250">
        <w:rPr>
          <w:b/>
          <w:bCs/>
          <w:sz w:val="24"/>
          <w:szCs w:val="24"/>
          <w:lang w:val="fr-FR"/>
        </w:rPr>
        <w:t xml:space="preserve">Unité 1 – In </w:t>
      </w:r>
      <w:proofErr w:type="spellStart"/>
      <w:r w:rsidRPr="00F65250">
        <w:rPr>
          <w:b/>
          <w:bCs/>
          <w:sz w:val="24"/>
          <w:szCs w:val="24"/>
          <w:lang w:val="fr-FR"/>
        </w:rPr>
        <w:t>corpore</w:t>
      </w:r>
      <w:proofErr w:type="spellEnd"/>
      <w:r w:rsidRPr="00F65250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F65250">
        <w:rPr>
          <w:b/>
          <w:bCs/>
          <w:sz w:val="24"/>
          <w:szCs w:val="24"/>
          <w:lang w:val="fr-FR"/>
        </w:rPr>
        <w:t>sano</w:t>
      </w:r>
      <w:proofErr w:type="spellEnd"/>
      <w:r w:rsidR="00F65250">
        <w:rPr>
          <w:lang w:val="fr-FR"/>
        </w:rPr>
        <w:t xml:space="preserve"> [</w:t>
      </w:r>
      <w:r w:rsidRPr="000B4857">
        <w:rPr>
          <w:lang w:val="fr-FR"/>
        </w:rPr>
        <w:t>Fiche d’activités de compréhension – Niveau A1/A2</w:t>
      </w:r>
      <w:r w:rsidR="00F65250">
        <w:rPr>
          <w:lang w:val="fr-FR"/>
        </w:rPr>
        <w:t>]</w:t>
      </w:r>
    </w:p>
    <w:p w14:paraId="2668083D" w14:textId="77777777" w:rsidR="00CC0E4B" w:rsidRPr="000B4857" w:rsidRDefault="00000000">
      <w:pPr>
        <w:pStyle w:val="21"/>
        <w:rPr>
          <w:lang w:val="fr-FR"/>
        </w:rPr>
      </w:pPr>
      <w:r w:rsidRPr="000B4857">
        <w:rPr>
          <w:lang w:val="fr-FR"/>
        </w:rPr>
        <w:t>A. Compréhension du texte</w:t>
      </w:r>
    </w:p>
    <w:p w14:paraId="0010C615" w14:textId="77777777" w:rsidR="00CC0E4B" w:rsidRPr="00BF0ABA" w:rsidRDefault="00000000">
      <w:pPr>
        <w:pStyle w:val="31"/>
        <w:rPr>
          <w:u w:val="single"/>
          <w:lang w:val="fr-FR"/>
        </w:rPr>
      </w:pPr>
      <w:r w:rsidRPr="000B4857">
        <w:rPr>
          <w:u w:val="single"/>
          <w:lang w:val="fr-FR"/>
        </w:rPr>
        <w:t>1. Cochez (✔) Vrai ou Faux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C0E4B" w14:paraId="350ED9F8" w14:textId="77777777" w:rsidTr="000B4857">
        <w:tc>
          <w:tcPr>
            <w:tcW w:w="2880" w:type="dxa"/>
          </w:tcPr>
          <w:p w14:paraId="1E8BD6C4" w14:textId="7AE33BC7" w:rsidR="00CC0E4B" w:rsidRPr="00292E77" w:rsidRDefault="00CC0E4B">
            <w:pPr>
              <w:rPr>
                <w:lang w:val="fr-FR"/>
              </w:rPr>
            </w:pPr>
          </w:p>
        </w:tc>
        <w:tc>
          <w:tcPr>
            <w:tcW w:w="2880" w:type="dxa"/>
          </w:tcPr>
          <w:p w14:paraId="75BAED73" w14:textId="29F55DE3" w:rsidR="00CC0E4B" w:rsidRPr="000B4857" w:rsidRDefault="00000000">
            <w:pPr>
              <w:rPr>
                <w:i/>
                <w:iCs/>
              </w:rPr>
            </w:pPr>
            <w:r w:rsidRPr="000B4857">
              <w:rPr>
                <w:i/>
                <w:iCs/>
              </w:rPr>
              <w:t>Vrai</w:t>
            </w:r>
          </w:p>
        </w:tc>
        <w:tc>
          <w:tcPr>
            <w:tcW w:w="2880" w:type="dxa"/>
          </w:tcPr>
          <w:p w14:paraId="1F3450DC" w14:textId="77777777" w:rsidR="00CC0E4B" w:rsidRPr="000B4857" w:rsidRDefault="00000000">
            <w:pPr>
              <w:rPr>
                <w:i/>
                <w:iCs/>
              </w:rPr>
            </w:pPr>
            <w:r w:rsidRPr="000B4857">
              <w:rPr>
                <w:i/>
                <w:iCs/>
              </w:rPr>
              <w:t>Faux</w:t>
            </w:r>
          </w:p>
        </w:tc>
      </w:tr>
      <w:tr w:rsidR="000B4857" w:rsidRPr="000B4857" w14:paraId="1ED89586" w14:textId="77777777" w:rsidTr="000B4857">
        <w:tc>
          <w:tcPr>
            <w:tcW w:w="2880" w:type="dxa"/>
          </w:tcPr>
          <w:p w14:paraId="15CCD4F7" w14:textId="4A06ECD3" w:rsidR="000B4857" w:rsidRPr="000B4857" w:rsidRDefault="000B4857" w:rsidP="000B4857">
            <w:pPr>
              <w:rPr>
                <w:lang w:val="fr-FR"/>
              </w:rPr>
            </w:pPr>
            <w:r w:rsidRPr="000B4857">
              <w:rPr>
                <w:lang w:val="fr-FR"/>
              </w:rPr>
              <w:t>Il faut stresser pour réussir la rentrée.</w:t>
            </w:r>
          </w:p>
        </w:tc>
        <w:tc>
          <w:tcPr>
            <w:tcW w:w="2880" w:type="dxa"/>
          </w:tcPr>
          <w:p w14:paraId="6E12C159" w14:textId="5705DDC3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  <w:tc>
          <w:tcPr>
            <w:tcW w:w="2880" w:type="dxa"/>
          </w:tcPr>
          <w:p w14:paraId="60906752" w14:textId="17195E61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</w:tr>
      <w:tr w:rsidR="000B4857" w:rsidRPr="000B4857" w14:paraId="0EF3CCF6" w14:textId="77777777" w:rsidTr="000B4857">
        <w:tc>
          <w:tcPr>
            <w:tcW w:w="2880" w:type="dxa"/>
          </w:tcPr>
          <w:p w14:paraId="75ECFC42" w14:textId="06B832C6" w:rsidR="000B4857" w:rsidRPr="000B4857" w:rsidRDefault="000B4857" w:rsidP="000B4857">
            <w:pPr>
              <w:rPr>
                <w:lang w:val="fr-FR"/>
              </w:rPr>
            </w:pPr>
            <w:r w:rsidRPr="000B4857">
              <w:rPr>
                <w:lang w:val="fr-FR"/>
              </w:rPr>
              <w:t>Faire du sport aide à se détendre.</w:t>
            </w:r>
          </w:p>
        </w:tc>
        <w:tc>
          <w:tcPr>
            <w:tcW w:w="2880" w:type="dxa"/>
          </w:tcPr>
          <w:p w14:paraId="1F96743A" w14:textId="43466F3A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  <w:tc>
          <w:tcPr>
            <w:tcW w:w="2880" w:type="dxa"/>
          </w:tcPr>
          <w:p w14:paraId="69F59F79" w14:textId="0025E28F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</w:tr>
      <w:tr w:rsidR="000B4857" w:rsidRPr="000B4857" w14:paraId="2B5627FD" w14:textId="77777777" w:rsidTr="000B4857">
        <w:tc>
          <w:tcPr>
            <w:tcW w:w="2880" w:type="dxa"/>
          </w:tcPr>
          <w:p w14:paraId="3A0AB157" w14:textId="63807A6B" w:rsidR="000B4857" w:rsidRPr="000B4857" w:rsidRDefault="000B4857" w:rsidP="000B4857">
            <w:pPr>
              <w:rPr>
                <w:lang w:val="fr-FR"/>
              </w:rPr>
            </w:pPr>
            <w:r w:rsidRPr="000B4857">
              <w:rPr>
                <w:lang w:val="fr-FR"/>
              </w:rPr>
              <w:t>On peut aller à la piscine pour se relaxer.</w:t>
            </w:r>
          </w:p>
        </w:tc>
        <w:tc>
          <w:tcPr>
            <w:tcW w:w="2880" w:type="dxa"/>
          </w:tcPr>
          <w:p w14:paraId="47422462" w14:textId="48713D4C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  <w:tc>
          <w:tcPr>
            <w:tcW w:w="2880" w:type="dxa"/>
          </w:tcPr>
          <w:p w14:paraId="4F7A8BE8" w14:textId="3B49730A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</w:tr>
      <w:tr w:rsidR="000B4857" w:rsidRPr="000B4857" w14:paraId="03D38A84" w14:textId="77777777" w:rsidTr="000B4857">
        <w:tc>
          <w:tcPr>
            <w:tcW w:w="2880" w:type="dxa"/>
          </w:tcPr>
          <w:p w14:paraId="2348CD2F" w14:textId="52E54651" w:rsidR="000B4857" w:rsidRPr="000B4857" w:rsidRDefault="000B4857" w:rsidP="000B4857">
            <w:pPr>
              <w:rPr>
                <w:lang w:val="fr-FR"/>
              </w:rPr>
            </w:pPr>
            <w:r w:rsidRPr="000B4857">
              <w:rPr>
                <w:lang w:val="fr-FR"/>
              </w:rPr>
              <w:t>Il faut manger beaucoup de sucreries.</w:t>
            </w:r>
          </w:p>
        </w:tc>
        <w:tc>
          <w:tcPr>
            <w:tcW w:w="2880" w:type="dxa"/>
          </w:tcPr>
          <w:p w14:paraId="3AF4475C" w14:textId="0BCF141D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  <w:tc>
          <w:tcPr>
            <w:tcW w:w="2880" w:type="dxa"/>
          </w:tcPr>
          <w:p w14:paraId="4862729B" w14:textId="224348F8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</w:tr>
      <w:tr w:rsidR="000B4857" w:rsidRPr="000B4857" w14:paraId="052A659C" w14:textId="77777777" w:rsidTr="000B4857">
        <w:tc>
          <w:tcPr>
            <w:tcW w:w="2880" w:type="dxa"/>
          </w:tcPr>
          <w:p w14:paraId="65759423" w14:textId="40C77D66" w:rsidR="000B4857" w:rsidRPr="000B4857" w:rsidRDefault="000B4857" w:rsidP="000B4857">
            <w:pPr>
              <w:rPr>
                <w:lang w:val="fr-FR"/>
              </w:rPr>
            </w:pPr>
            <w:r w:rsidRPr="000B4857">
              <w:rPr>
                <w:lang w:val="fr-FR"/>
              </w:rPr>
              <w:t>Il faut manger cinq fruits et légumes par jour.</w:t>
            </w:r>
          </w:p>
        </w:tc>
        <w:tc>
          <w:tcPr>
            <w:tcW w:w="2880" w:type="dxa"/>
          </w:tcPr>
          <w:p w14:paraId="6AC0E6AB" w14:textId="0A5320EC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  <w:tc>
          <w:tcPr>
            <w:tcW w:w="2880" w:type="dxa"/>
          </w:tcPr>
          <w:p w14:paraId="055E13CD" w14:textId="3222B482" w:rsidR="000B4857" w:rsidRPr="000B4857" w:rsidRDefault="000B4857" w:rsidP="000B4857">
            <w:pPr>
              <w:rPr>
                <w:sz w:val="40"/>
                <w:szCs w:val="40"/>
                <w:lang w:val="fr-FR"/>
              </w:rPr>
            </w:pPr>
            <w:r w:rsidRPr="000B4857">
              <w:rPr>
                <w:sz w:val="40"/>
                <w:szCs w:val="40"/>
              </w:rPr>
              <w:t>☐</w:t>
            </w:r>
          </w:p>
        </w:tc>
      </w:tr>
    </w:tbl>
    <w:p w14:paraId="093F6B8C" w14:textId="09F60376" w:rsidR="00CC0E4B" w:rsidRPr="000B4857" w:rsidRDefault="00554F55">
      <w:pPr>
        <w:pStyle w:val="31"/>
        <w:rPr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6F27F6" wp14:editId="29C82691">
            <wp:simplePos x="0" y="0"/>
            <wp:positionH relativeFrom="column">
              <wp:posOffset>2895600</wp:posOffset>
            </wp:positionH>
            <wp:positionV relativeFrom="paragraph">
              <wp:posOffset>127635</wp:posOffset>
            </wp:positionV>
            <wp:extent cx="2476500" cy="3497580"/>
            <wp:effectExtent l="0" t="0" r="0" b="7620"/>
            <wp:wrapNone/>
            <wp:docPr id="197522705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857">
        <w:rPr>
          <w:u w:val="single"/>
          <w:lang w:val="fr-FR"/>
        </w:rPr>
        <w:t>2. Choisissez la bonne réponse (a, b ou c)</w:t>
      </w:r>
      <w:r w:rsidRPr="00554F55">
        <w:rPr>
          <w:lang w:val="fr-FR"/>
        </w:rPr>
        <w:t xml:space="preserve"> </w:t>
      </w:r>
    </w:p>
    <w:p w14:paraId="610D8671" w14:textId="77777777" w:rsidR="00CC0E4B" w:rsidRPr="000B4857" w:rsidRDefault="00000000">
      <w:pPr>
        <w:rPr>
          <w:lang w:val="fr-FR"/>
        </w:rPr>
      </w:pPr>
      <w:r w:rsidRPr="000B4857">
        <w:rPr>
          <w:lang w:val="fr-FR"/>
        </w:rPr>
        <w:t>1</w:t>
      </w:r>
      <w:r>
        <w:t>️</w:t>
      </w:r>
      <w:r w:rsidRPr="000B4857">
        <w:rPr>
          <w:lang w:val="fr-FR"/>
        </w:rPr>
        <w:t>⃣ Que faut-il faire pour éviter le stress ?</w:t>
      </w:r>
      <w:r w:rsidRPr="000B4857">
        <w:rPr>
          <w:lang w:val="fr-FR"/>
        </w:rPr>
        <w:br/>
        <w:t>a. Ne rien préparer</w:t>
      </w:r>
      <w:r w:rsidRPr="000B4857">
        <w:rPr>
          <w:lang w:val="fr-FR"/>
        </w:rPr>
        <w:br/>
        <w:t>b. Se fixer des objectifs</w:t>
      </w:r>
      <w:r w:rsidRPr="000B4857">
        <w:rPr>
          <w:lang w:val="fr-FR"/>
        </w:rPr>
        <w:br/>
        <w:t>c. Manger beaucoup</w:t>
      </w:r>
    </w:p>
    <w:p w14:paraId="5EEB79CF" w14:textId="77777777" w:rsidR="00CC0E4B" w:rsidRPr="000B4857" w:rsidRDefault="00000000">
      <w:pPr>
        <w:rPr>
          <w:lang w:val="fr-FR"/>
        </w:rPr>
      </w:pPr>
      <w:r w:rsidRPr="000B4857">
        <w:rPr>
          <w:lang w:val="fr-FR"/>
        </w:rPr>
        <w:t>2</w:t>
      </w:r>
      <w:r>
        <w:t>️</w:t>
      </w:r>
      <w:r w:rsidRPr="000B4857">
        <w:rPr>
          <w:lang w:val="fr-FR"/>
        </w:rPr>
        <w:t>⃣ Pourquoi le sport est-il important ?</w:t>
      </w:r>
      <w:r w:rsidRPr="000B4857">
        <w:rPr>
          <w:lang w:val="fr-FR"/>
        </w:rPr>
        <w:br/>
        <w:t>a. Parce qu’il détend</w:t>
      </w:r>
      <w:r w:rsidRPr="000B4857">
        <w:rPr>
          <w:lang w:val="fr-FR"/>
        </w:rPr>
        <w:br/>
        <w:t>b. Parce qu’il fait grossir</w:t>
      </w:r>
      <w:r w:rsidRPr="000B4857">
        <w:rPr>
          <w:lang w:val="fr-FR"/>
        </w:rPr>
        <w:br/>
        <w:t>c. Parce qu’il est cher</w:t>
      </w:r>
    </w:p>
    <w:p w14:paraId="0AACF576" w14:textId="77777777" w:rsidR="00CC0E4B" w:rsidRPr="000B4857" w:rsidRDefault="00000000">
      <w:pPr>
        <w:rPr>
          <w:lang w:val="fr-FR"/>
        </w:rPr>
      </w:pPr>
      <w:r w:rsidRPr="000B4857">
        <w:rPr>
          <w:lang w:val="fr-FR"/>
        </w:rPr>
        <w:t>3</w:t>
      </w:r>
      <w:r>
        <w:t>️</w:t>
      </w:r>
      <w:r w:rsidRPr="000B4857">
        <w:rPr>
          <w:lang w:val="fr-FR"/>
        </w:rPr>
        <w:t>⃣ Qu’est-ce qu’il faut éviter de manger ?</w:t>
      </w:r>
      <w:r w:rsidRPr="000B4857">
        <w:rPr>
          <w:lang w:val="fr-FR"/>
        </w:rPr>
        <w:br/>
        <w:t>a. Du pain et du lait</w:t>
      </w:r>
      <w:r w:rsidRPr="000B4857">
        <w:rPr>
          <w:lang w:val="fr-FR"/>
        </w:rPr>
        <w:br/>
        <w:t>b. Trop gras, trop sucré, trop salé</w:t>
      </w:r>
      <w:r w:rsidRPr="000B4857">
        <w:rPr>
          <w:lang w:val="fr-FR"/>
        </w:rPr>
        <w:br/>
        <w:t>c. Beaucoup de fruits</w:t>
      </w:r>
    </w:p>
    <w:p w14:paraId="5434E5F6" w14:textId="2B419C11" w:rsidR="00CC0E4B" w:rsidRPr="000B4857" w:rsidRDefault="00000000">
      <w:pPr>
        <w:rPr>
          <w:lang w:val="fr-FR"/>
        </w:rPr>
      </w:pPr>
      <w:r w:rsidRPr="000B4857">
        <w:rPr>
          <w:lang w:val="fr-FR"/>
        </w:rPr>
        <w:t>4</w:t>
      </w:r>
      <w:r>
        <w:t>️</w:t>
      </w:r>
      <w:r w:rsidRPr="000B4857">
        <w:rPr>
          <w:lang w:val="fr-FR"/>
        </w:rPr>
        <w:t>⃣ Quelle activité est “à la mode” selon le texte ?</w:t>
      </w:r>
      <w:r w:rsidRPr="000B4857">
        <w:rPr>
          <w:lang w:val="fr-FR"/>
        </w:rPr>
        <w:br/>
        <w:t>a. Le yoga</w:t>
      </w:r>
      <w:r w:rsidRPr="000B4857">
        <w:rPr>
          <w:lang w:val="fr-FR"/>
        </w:rPr>
        <w:br/>
        <w:t>b. La natation</w:t>
      </w:r>
      <w:r w:rsidRPr="000B4857">
        <w:rPr>
          <w:lang w:val="fr-FR"/>
        </w:rPr>
        <w:br/>
        <w:t>c. La course à pied</w:t>
      </w:r>
    </w:p>
    <w:p w14:paraId="0C66EA3C" w14:textId="77777777" w:rsidR="00CC0E4B" w:rsidRPr="000B4857" w:rsidRDefault="00000000">
      <w:pPr>
        <w:pStyle w:val="31"/>
        <w:rPr>
          <w:u w:val="single"/>
          <w:lang w:val="fr-FR"/>
        </w:rPr>
      </w:pPr>
      <w:r w:rsidRPr="000B4857">
        <w:rPr>
          <w:u w:val="single"/>
          <w:lang w:val="fr-FR"/>
        </w:rPr>
        <w:lastRenderedPageBreak/>
        <w:t>3. Reliez les mots à leur traduction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C0E4B" w14:paraId="3254A21C" w14:textId="77777777" w:rsidTr="000B4857">
        <w:tc>
          <w:tcPr>
            <w:tcW w:w="4320" w:type="dxa"/>
          </w:tcPr>
          <w:p w14:paraId="6334A76F" w14:textId="2139CF1B" w:rsidR="00CC0E4B" w:rsidRPr="000B4857" w:rsidRDefault="000B4857">
            <w:pPr>
              <w:rPr>
                <w:i/>
                <w:iCs/>
              </w:rPr>
            </w:pPr>
            <w:r w:rsidRPr="000B4857">
              <w:rPr>
                <w:i/>
                <w:iCs/>
                <w:lang w:val="fr-FR"/>
              </w:rPr>
              <w:t xml:space="preserve">              </w:t>
            </w:r>
            <w:r w:rsidRPr="000B4857">
              <w:rPr>
                <w:i/>
                <w:iCs/>
              </w:rPr>
              <w:t>Français</w:t>
            </w:r>
          </w:p>
        </w:tc>
        <w:tc>
          <w:tcPr>
            <w:tcW w:w="4320" w:type="dxa"/>
          </w:tcPr>
          <w:p w14:paraId="76082A88" w14:textId="7FCFB890" w:rsidR="00CC0E4B" w:rsidRPr="000B4857" w:rsidRDefault="000B4857">
            <w:pPr>
              <w:rPr>
                <w:i/>
                <w:iCs/>
              </w:rPr>
            </w:pPr>
            <w:r>
              <w:rPr>
                <w:i/>
                <w:iCs/>
                <w:lang w:val="el-GR"/>
              </w:rPr>
              <w:t xml:space="preserve">           </w:t>
            </w:r>
            <w:proofErr w:type="spellStart"/>
            <w:r w:rsidRPr="000B4857">
              <w:rPr>
                <w:i/>
                <w:iCs/>
              </w:rPr>
              <w:t>Ελληνικά</w:t>
            </w:r>
            <w:proofErr w:type="spellEnd"/>
          </w:p>
        </w:tc>
      </w:tr>
      <w:tr w:rsidR="000B4857" w:rsidRPr="00292E77" w14:paraId="478A73A2" w14:textId="77777777" w:rsidTr="000B4857">
        <w:tc>
          <w:tcPr>
            <w:tcW w:w="4320" w:type="dxa"/>
          </w:tcPr>
          <w:p w14:paraId="73DBEC01" w14:textId="38948BD3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r>
              <w:t xml:space="preserve">se </w:t>
            </w:r>
            <w:proofErr w:type="spellStart"/>
            <w:r>
              <w:t>détendre</w:t>
            </w:r>
            <w:proofErr w:type="spellEnd"/>
          </w:p>
        </w:tc>
        <w:tc>
          <w:tcPr>
            <w:tcW w:w="4320" w:type="dxa"/>
          </w:tcPr>
          <w:p w14:paraId="56F9C86A" w14:textId="4FD8F906" w:rsidR="000B4857" w:rsidRPr="00292E77" w:rsidRDefault="00292E77" w:rsidP="000B4857">
            <w:pPr>
              <w:pStyle w:val="aa"/>
              <w:numPr>
                <w:ilvl w:val="0"/>
                <w:numId w:val="10"/>
              </w:numPr>
              <w:rPr>
                <w:lang w:val="el-GR"/>
              </w:rPr>
            </w:pPr>
            <w:r w:rsidRPr="00292E77">
              <w:rPr>
                <w:lang w:val="el-GR"/>
              </w:rPr>
              <w:t xml:space="preserve">το τρέξιμο </w:t>
            </w:r>
          </w:p>
        </w:tc>
      </w:tr>
      <w:tr w:rsidR="000B4857" w14:paraId="5C71A2B4" w14:textId="77777777" w:rsidTr="000B4857">
        <w:tc>
          <w:tcPr>
            <w:tcW w:w="4320" w:type="dxa"/>
          </w:tcPr>
          <w:p w14:paraId="2582E1A0" w14:textId="5F493A9A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r>
              <w:t>la course à pied</w:t>
            </w:r>
          </w:p>
        </w:tc>
        <w:tc>
          <w:tcPr>
            <w:tcW w:w="4320" w:type="dxa"/>
          </w:tcPr>
          <w:p w14:paraId="29166D73" w14:textId="0D337BFF" w:rsidR="000B4857" w:rsidRDefault="00292E77" w:rsidP="000B4857">
            <w:pPr>
              <w:pStyle w:val="aa"/>
              <w:numPr>
                <w:ilvl w:val="0"/>
                <w:numId w:val="10"/>
              </w:numPr>
            </w:pPr>
            <w:r w:rsidRPr="00292E77">
              <w:t>η π</w:t>
            </w:r>
            <w:proofErr w:type="spellStart"/>
            <w:r w:rsidRPr="00292E77">
              <w:t>ισίν</w:t>
            </w:r>
            <w:proofErr w:type="spellEnd"/>
            <w:r w:rsidRPr="00292E77">
              <w:t xml:space="preserve">α </w:t>
            </w:r>
          </w:p>
        </w:tc>
      </w:tr>
      <w:tr w:rsidR="000B4857" w14:paraId="3CA54472" w14:textId="77777777" w:rsidTr="000B4857">
        <w:tc>
          <w:tcPr>
            <w:tcW w:w="4320" w:type="dxa"/>
          </w:tcPr>
          <w:p w14:paraId="0E7BA9A3" w14:textId="73350E00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r>
              <w:t xml:space="preserve">faire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liste</w:t>
            </w:r>
            <w:proofErr w:type="spellEnd"/>
          </w:p>
        </w:tc>
        <w:tc>
          <w:tcPr>
            <w:tcW w:w="4320" w:type="dxa"/>
          </w:tcPr>
          <w:p w14:paraId="39278850" w14:textId="5566F9E1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r>
              <w:t xml:space="preserve">να </w:t>
            </w:r>
            <w:proofErr w:type="spellStart"/>
            <w:r>
              <w:t>φτιάξω</w:t>
            </w:r>
            <w:proofErr w:type="spellEnd"/>
            <w:r>
              <w:t xml:space="preserve"> </w:t>
            </w:r>
            <w:proofErr w:type="spellStart"/>
            <w:r>
              <w:t>μι</w:t>
            </w:r>
            <w:proofErr w:type="spellEnd"/>
            <w:r>
              <w:t xml:space="preserve">α </w:t>
            </w:r>
            <w:proofErr w:type="spellStart"/>
            <w:r>
              <w:t>λίστ</w:t>
            </w:r>
            <w:proofErr w:type="spellEnd"/>
            <w:r>
              <w:t>α</w:t>
            </w:r>
          </w:p>
        </w:tc>
      </w:tr>
      <w:tr w:rsidR="000B4857" w14:paraId="3F001D1E" w14:textId="77777777" w:rsidTr="000B4857">
        <w:tc>
          <w:tcPr>
            <w:tcW w:w="4320" w:type="dxa"/>
          </w:tcPr>
          <w:p w14:paraId="2B3FAC05" w14:textId="6A8D0B85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r>
              <w:t>la piscine</w:t>
            </w:r>
          </w:p>
        </w:tc>
        <w:tc>
          <w:tcPr>
            <w:tcW w:w="4320" w:type="dxa"/>
          </w:tcPr>
          <w:p w14:paraId="44B71727" w14:textId="2371BED5" w:rsidR="000B4857" w:rsidRDefault="00292E77" w:rsidP="000B4857">
            <w:pPr>
              <w:pStyle w:val="aa"/>
              <w:numPr>
                <w:ilvl w:val="0"/>
                <w:numId w:val="10"/>
              </w:numPr>
            </w:pPr>
            <w:r w:rsidRPr="00292E77">
              <w:rPr>
                <w:lang w:val="el-GR"/>
              </w:rPr>
              <w:t>να αποφύγω το άγχος</w:t>
            </w:r>
          </w:p>
        </w:tc>
      </w:tr>
      <w:tr w:rsidR="000B4857" w14:paraId="3114683D" w14:textId="77777777" w:rsidTr="000B4857">
        <w:tc>
          <w:tcPr>
            <w:tcW w:w="4320" w:type="dxa"/>
          </w:tcPr>
          <w:p w14:paraId="0269DB99" w14:textId="56FD47DC" w:rsidR="000B4857" w:rsidRDefault="000B4857" w:rsidP="000B4857">
            <w:pPr>
              <w:pStyle w:val="aa"/>
              <w:numPr>
                <w:ilvl w:val="0"/>
                <w:numId w:val="10"/>
              </w:numPr>
            </w:pPr>
            <w:proofErr w:type="spellStart"/>
            <w:r>
              <w:t>éviter</w:t>
            </w:r>
            <w:proofErr w:type="spellEnd"/>
            <w:r>
              <w:t xml:space="preserve"> le stress</w:t>
            </w:r>
          </w:p>
        </w:tc>
        <w:tc>
          <w:tcPr>
            <w:tcW w:w="4320" w:type="dxa"/>
          </w:tcPr>
          <w:p w14:paraId="321A2BF0" w14:textId="4D9C1737" w:rsidR="000B4857" w:rsidRDefault="00292E77" w:rsidP="000B4857">
            <w:pPr>
              <w:pStyle w:val="aa"/>
              <w:numPr>
                <w:ilvl w:val="0"/>
                <w:numId w:val="10"/>
              </w:numPr>
            </w:pPr>
            <w:r w:rsidRPr="00292E77">
              <w:rPr>
                <w:lang w:val="el-GR"/>
              </w:rPr>
              <w:t>να χαλαρώσω</w:t>
            </w:r>
          </w:p>
        </w:tc>
      </w:tr>
    </w:tbl>
    <w:p w14:paraId="032CA94B" w14:textId="77777777" w:rsidR="00CC0E4B" w:rsidRPr="00292E77" w:rsidRDefault="00000000">
      <w:pPr>
        <w:pStyle w:val="31"/>
        <w:rPr>
          <w:u w:val="single"/>
          <w:lang w:val="fr-FR"/>
        </w:rPr>
      </w:pPr>
      <w:r w:rsidRPr="00292E77">
        <w:rPr>
          <w:u w:val="single"/>
          <w:lang w:val="fr-FR"/>
        </w:rPr>
        <w:t>4. Complétez avec les verbes du texte</w:t>
      </w:r>
    </w:p>
    <w:p w14:paraId="63674BD4" w14:textId="76244D67" w:rsidR="00CC0E4B" w:rsidRPr="000B4857" w:rsidRDefault="00000000">
      <w:pPr>
        <w:rPr>
          <w:lang w:val="fr-FR"/>
        </w:rPr>
      </w:pPr>
      <w:r w:rsidRPr="000B4857">
        <w:rPr>
          <w:lang w:val="fr-FR"/>
        </w:rPr>
        <w:t xml:space="preserve">(Il </w:t>
      </w:r>
      <w:r w:rsidR="000B4857" w:rsidRPr="000B4857">
        <w:rPr>
          <w:lang w:val="fr-FR"/>
        </w:rPr>
        <w:t>faut faire</w:t>
      </w:r>
      <w:r w:rsidRPr="000B4857">
        <w:rPr>
          <w:lang w:val="fr-FR"/>
        </w:rPr>
        <w:t xml:space="preserve"> / </w:t>
      </w:r>
      <w:r w:rsidR="000B4857" w:rsidRPr="000B4857">
        <w:rPr>
          <w:lang w:val="fr-FR"/>
        </w:rPr>
        <w:t>Il faut manger</w:t>
      </w:r>
      <w:r w:rsidRPr="000B4857">
        <w:rPr>
          <w:lang w:val="fr-FR"/>
        </w:rPr>
        <w:t xml:space="preserve"> /</w:t>
      </w:r>
      <w:r w:rsidR="000B4857" w:rsidRPr="000B4857">
        <w:rPr>
          <w:lang w:val="fr-FR"/>
        </w:rPr>
        <w:t xml:space="preserve"> Il faut  </w:t>
      </w:r>
      <w:r w:rsidRPr="000B4857">
        <w:rPr>
          <w:lang w:val="fr-FR"/>
        </w:rPr>
        <w:t xml:space="preserve"> éviter /</w:t>
      </w:r>
      <w:r w:rsidR="000B4857" w:rsidRPr="000B4857">
        <w:rPr>
          <w:lang w:val="fr-FR"/>
        </w:rPr>
        <w:t xml:space="preserve"> Il faut se</w:t>
      </w:r>
      <w:r w:rsidRPr="000B4857">
        <w:rPr>
          <w:lang w:val="fr-FR"/>
        </w:rPr>
        <w:t xml:space="preserve"> détendre</w:t>
      </w:r>
      <w:r w:rsidR="000B4857" w:rsidRPr="000B4857">
        <w:rPr>
          <w:lang w:val="fr-FR"/>
        </w:rPr>
        <w:t xml:space="preserve"> / Il faut dormir)</w:t>
      </w:r>
    </w:p>
    <w:p w14:paraId="0CD4FCF5" w14:textId="767A54EE" w:rsidR="00CC0E4B" w:rsidRPr="000B4857" w:rsidRDefault="00000000">
      <w:pPr>
        <w:rPr>
          <w:lang w:val="fr-FR"/>
        </w:rPr>
      </w:pPr>
      <w:r w:rsidRPr="000B4857">
        <w:rPr>
          <w:lang w:val="fr-FR"/>
        </w:rPr>
        <w:t>1. __</w:t>
      </w:r>
      <w:r w:rsidR="00292E77">
        <w:rPr>
          <w:lang w:val="fr-FR"/>
        </w:rPr>
        <w:t>_________________________</w:t>
      </w:r>
      <w:r w:rsidRPr="000B4857">
        <w:rPr>
          <w:lang w:val="fr-FR"/>
        </w:rPr>
        <w:t>____ du sport régulièrement.</w:t>
      </w:r>
    </w:p>
    <w:p w14:paraId="61F8ED90" w14:textId="1048F66D" w:rsidR="00CC0E4B" w:rsidRPr="000B4857" w:rsidRDefault="00000000">
      <w:pPr>
        <w:rPr>
          <w:lang w:val="fr-FR"/>
        </w:rPr>
      </w:pPr>
      <w:r w:rsidRPr="000B4857">
        <w:rPr>
          <w:lang w:val="fr-FR"/>
        </w:rPr>
        <w:t>2. ____</w:t>
      </w:r>
      <w:r w:rsidR="00292E77">
        <w:rPr>
          <w:lang w:val="fr-FR"/>
        </w:rPr>
        <w:t>_________________________</w:t>
      </w:r>
      <w:r w:rsidRPr="000B4857">
        <w:rPr>
          <w:lang w:val="fr-FR"/>
        </w:rPr>
        <w:t>__ le stress.</w:t>
      </w:r>
    </w:p>
    <w:p w14:paraId="25BE8DBF" w14:textId="78781F04" w:rsidR="00CC0E4B" w:rsidRPr="000B4857" w:rsidRDefault="00000000">
      <w:pPr>
        <w:rPr>
          <w:lang w:val="fr-FR"/>
        </w:rPr>
      </w:pPr>
      <w:r w:rsidRPr="000B4857">
        <w:rPr>
          <w:lang w:val="fr-FR"/>
        </w:rPr>
        <w:t>3. _</w:t>
      </w:r>
      <w:r w:rsidR="00292E77">
        <w:rPr>
          <w:lang w:val="fr-FR"/>
        </w:rPr>
        <w:t>_________________________</w:t>
      </w:r>
      <w:r w:rsidRPr="000B4857">
        <w:rPr>
          <w:lang w:val="fr-FR"/>
        </w:rPr>
        <w:t>_____ cinq fruits et légumes par jour.</w:t>
      </w:r>
    </w:p>
    <w:p w14:paraId="1A50A976" w14:textId="1AFD1B3C" w:rsidR="00CC0E4B" w:rsidRPr="000B4857" w:rsidRDefault="00000000">
      <w:pPr>
        <w:rPr>
          <w:lang w:val="fr-FR"/>
        </w:rPr>
      </w:pPr>
      <w:r w:rsidRPr="000B4857">
        <w:rPr>
          <w:lang w:val="fr-FR"/>
        </w:rPr>
        <w:t>4. _____</w:t>
      </w:r>
      <w:r w:rsidR="00292E77">
        <w:rPr>
          <w:lang w:val="fr-FR"/>
        </w:rPr>
        <w:t>_________________________</w:t>
      </w:r>
      <w:r w:rsidRPr="000B4857">
        <w:rPr>
          <w:lang w:val="fr-FR"/>
        </w:rPr>
        <w:t>_ bien pour être en forme.</w:t>
      </w:r>
    </w:p>
    <w:p w14:paraId="47DCE935" w14:textId="1E1F2A1A" w:rsidR="00CC0E4B" w:rsidRPr="000B4857" w:rsidRDefault="00000000">
      <w:pPr>
        <w:rPr>
          <w:lang w:val="fr-FR"/>
        </w:rPr>
      </w:pPr>
      <w:r w:rsidRPr="000B4857">
        <w:rPr>
          <w:lang w:val="fr-FR"/>
        </w:rPr>
        <w:t>5. ___</w:t>
      </w:r>
      <w:r w:rsidR="00292E77">
        <w:rPr>
          <w:lang w:val="fr-FR"/>
        </w:rPr>
        <w:t>_____________________________</w:t>
      </w:r>
      <w:r w:rsidRPr="000B4857">
        <w:rPr>
          <w:lang w:val="fr-FR"/>
        </w:rPr>
        <w:t xml:space="preserve"> après le travail.</w:t>
      </w:r>
    </w:p>
    <w:p w14:paraId="00EB5F03" w14:textId="77777777" w:rsidR="00CC0E4B" w:rsidRPr="00292E77" w:rsidRDefault="00000000">
      <w:pPr>
        <w:pStyle w:val="31"/>
        <w:rPr>
          <w:u w:val="single"/>
          <w:lang w:val="fr-FR"/>
        </w:rPr>
      </w:pPr>
      <w:r w:rsidRPr="00292E77">
        <w:rPr>
          <w:u w:val="single"/>
          <w:lang w:val="fr-FR"/>
        </w:rPr>
        <w:t>5. Expression personnelle</w:t>
      </w:r>
    </w:p>
    <w:p w14:paraId="60A8B7E0" w14:textId="531ADD64" w:rsidR="00CC0E4B" w:rsidRPr="00292E77" w:rsidRDefault="00000000">
      <w:pPr>
        <w:rPr>
          <w:sz w:val="20"/>
          <w:szCs w:val="20"/>
          <w:lang w:val="el-GR"/>
        </w:rPr>
      </w:pPr>
      <w:r w:rsidRPr="000B4857">
        <w:rPr>
          <w:lang w:val="fr-FR"/>
        </w:rPr>
        <w:t>Écris une phrase pour donner ton propre conseil santé.</w:t>
      </w:r>
      <w:r w:rsidR="00292E77" w:rsidRPr="00292E77">
        <w:rPr>
          <w:lang w:val="fr-FR"/>
        </w:rPr>
        <w:t xml:space="preserve"> </w:t>
      </w:r>
      <w:r w:rsidR="00292E77" w:rsidRPr="00292E77">
        <w:rPr>
          <w:sz w:val="20"/>
          <w:szCs w:val="20"/>
          <w:lang w:val="el-GR"/>
        </w:rPr>
        <w:t>(Γράψε μια πρόταση για να δώσεις τη δική σου συμβουλή υγείας.)</w:t>
      </w:r>
    </w:p>
    <w:p w14:paraId="43A2F8A6" w14:textId="77777777" w:rsidR="00CC0E4B" w:rsidRPr="000B4857" w:rsidRDefault="00000000">
      <w:pPr>
        <w:rPr>
          <w:lang w:val="fr-FR"/>
        </w:rPr>
      </w:pPr>
      <w:r w:rsidRPr="000B4857">
        <w:rPr>
          <w:lang w:val="fr-FR"/>
        </w:rPr>
        <w:t>Exemples :</w:t>
      </w:r>
    </w:p>
    <w:p w14:paraId="5E29C94D" w14:textId="77777777" w:rsidR="00CC0E4B" w:rsidRPr="000B4857" w:rsidRDefault="00000000">
      <w:pPr>
        <w:rPr>
          <w:lang w:val="fr-FR"/>
        </w:rPr>
      </w:pPr>
      <w:r w:rsidRPr="000B4857">
        <w:rPr>
          <w:lang w:val="fr-FR"/>
        </w:rPr>
        <w:t>• Pour être en bonne santé, il faut dormir huit heures par nuit.</w:t>
      </w:r>
    </w:p>
    <w:p w14:paraId="041C7661" w14:textId="77777777" w:rsidR="00CC0E4B" w:rsidRDefault="00000000">
      <w:pPr>
        <w:rPr>
          <w:lang w:val="fr-FR"/>
        </w:rPr>
      </w:pPr>
      <w:r w:rsidRPr="000B4857">
        <w:rPr>
          <w:lang w:val="fr-FR"/>
        </w:rPr>
        <w:t>• Il faut boire beaucoup d’eau chaque jour.</w:t>
      </w:r>
    </w:p>
    <w:p w14:paraId="28311915" w14:textId="19DD80C3" w:rsidR="00292E77" w:rsidRDefault="00292E77">
      <w:pPr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…………………………………………………………………………………………………………………………………….</w:t>
      </w:r>
    </w:p>
    <w:p w14:paraId="0AC4DA15" w14:textId="7C148789" w:rsidR="00292E77" w:rsidRPr="000B4857" w:rsidRDefault="00292E77">
      <w:pPr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……………………………………………………………………………………………………………………………………..</w:t>
      </w:r>
    </w:p>
    <w:p w14:paraId="78496882" w14:textId="30CBD580" w:rsidR="00F65250" w:rsidRPr="00BF0ABA" w:rsidRDefault="00554F55" w:rsidP="00F65250">
      <w:pPr>
        <w:rPr>
          <w:lang w:val="el-GR"/>
        </w:rPr>
      </w:pPr>
      <w:r>
        <w:rPr>
          <w:lang w:val="el-GR"/>
        </w:rPr>
        <w:t xml:space="preserve">                                                    </w:t>
      </w:r>
      <w:r w:rsidR="00F65250" w:rsidRPr="00F65250">
        <w:rPr>
          <w:noProof/>
        </w:rPr>
        <w:drawing>
          <wp:inline distT="0" distB="0" distL="0" distR="0" wp14:anchorId="5C9397F5" wp14:editId="6FCED224">
            <wp:extent cx="2247900" cy="2118360"/>
            <wp:effectExtent l="0" t="0" r="0" b="0"/>
            <wp:docPr id="109111028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250" w:rsidRPr="00BF0ABA" w:rsidSect="00F65250">
      <w:headerReference w:type="default" r:id="rId10"/>
      <w:pgSz w:w="12240" w:h="15840"/>
      <w:pgMar w:top="630" w:right="180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E15EA" w14:textId="77777777" w:rsidR="00C86444" w:rsidRDefault="00C86444" w:rsidP="00F65250">
      <w:pPr>
        <w:spacing w:after="0" w:line="240" w:lineRule="auto"/>
      </w:pPr>
      <w:r>
        <w:separator/>
      </w:r>
    </w:p>
  </w:endnote>
  <w:endnote w:type="continuationSeparator" w:id="0">
    <w:p w14:paraId="2449FBE6" w14:textId="77777777" w:rsidR="00C86444" w:rsidRDefault="00C86444" w:rsidP="00F65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E83C3" w14:textId="77777777" w:rsidR="00C86444" w:rsidRDefault="00C86444" w:rsidP="00F65250">
      <w:pPr>
        <w:spacing w:after="0" w:line="240" w:lineRule="auto"/>
      </w:pPr>
      <w:r>
        <w:separator/>
      </w:r>
    </w:p>
  </w:footnote>
  <w:footnote w:type="continuationSeparator" w:id="0">
    <w:p w14:paraId="19010DC4" w14:textId="77777777" w:rsidR="00C86444" w:rsidRDefault="00C86444" w:rsidP="00F65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</w:rPr>
      <w:alias w:val="Τίτλος"/>
      <w:tag w:val=""/>
      <w:id w:val="1116400235"/>
      <w:placeholder>
        <w:docPart w:val="6E714B04355B48CEBF94357BB4066626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54D00B75" w14:textId="422B2F7E" w:rsidR="00F65250" w:rsidRDefault="00F65250">
        <w:pPr>
          <w:pStyle w:val="a5"/>
          <w:tabs>
            <w:tab w:val="clear" w:pos="4680"/>
            <w:tab w:val="clear" w:pos="9360"/>
          </w:tabs>
          <w:jc w:val="right"/>
          <w:rPr>
            <w:color w:val="7F7F7F" w:themeColor="text1" w:themeTint="80"/>
          </w:rPr>
        </w:pPr>
        <w:proofErr w:type="gramStart"/>
        <w:r>
          <w:rPr>
            <w:color w:val="7F7F7F" w:themeColor="text1" w:themeTint="80"/>
          </w:rPr>
          <w:t>H.COURI</w:t>
        </w:r>
        <w:proofErr w:type="gramEnd"/>
      </w:p>
    </w:sdtContent>
  </w:sdt>
  <w:p w14:paraId="1F40ACB3" w14:textId="77777777" w:rsidR="00F65250" w:rsidRDefault="00F652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4B4B80"/>
    <w:multiLevelType w:val="hybridMultilevel"/>
    <w:tmpl w:val="85B29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003946">
    <w:abstractNumId w:val="8"/>
  </w:num>
  <w:num w:numId="2" w16cid:durableId="1344090513">
    <w:abstractNumId w:val="6"/>
  </w:num>
  <w:num w:numId="3" w16cid:durableId="738014539">
    <w:abstractNumId w:val="5"/>
  </w:num>
  <w:num w:numId="4" w16cid:durableId="450052788">
    <w:abstractNumId w:val="4"/>
  </w:num>
  <w:num w:numId="5" w16cid:durableId="1889418818">
    <w:abstractNumId w:val="7"/>
  </w:num>
  <w:num w:numId="6" w16cid:durableId="2039353923">
    <w:abstractNumId w:val="3"/>
  </w:num>
  <w:num w:numId="7" w16cid:durableId="32923417">
    <w:abstractNumId w:val="2"/>
  </w:num>
  <w:num w:numId="8" w16cid:durableId="1138380305">
    <w:abstractNumId w:val="1"/>
  </w:num>
  <w:num w:numId="9" w16cid:durableId="1680616536">
    <w:abstractNumId w:val="0"/>
  </w:num>
  <w:num w:numId="10" w16cid:durableId="57179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5E39"/>
    <w:rsid w:val="00034616"/>
    <w:rsid w:val="0006063C"/>
    <w:rsid w:val="000B4857"/>
    <w:rsid w:val="0015074B"/>
    <w:rsid w:val="00292E77"/>
    <w:rsid w:val="0029639D"/>
    <w:rsid w:val="00326F90"/>
    <w:rsid w:val="003A17F8"/>
    <w:rsid w:val="003D4041"/>
    <w:rsid w:val="00554F55"/>
    <w:rsid w:val="00695FB5"/>
    <w:rsid w:val="007D3A4E"/>
    <w:rsid w:val="00AA1D8D"/>
    <w:rsid w:val="00B47730"/>
    <w:rsid w:val="00BF0ABA"/>
    <w:rsid w:val="00C86444"/>
    <w:rsid w:val="00CB0664"/>
    <w:rsid w:val="00CC0E4B"/>
    <w:rsid w:val="00F6525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95A643"/>
  <w14:defaultImageDpi w14:val="300"/>
  <w15:docId w15:val="{5A2A0A05-3130-44FD-B5B8-EB36705C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Υπότιτλος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Σώμα κειμένου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Κείμενο μακροεντολής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Απόσπασμα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Επικεφαλίδα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Επικεφαλίδα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.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Web">
    <w:name w:val="Normal (Web)"/>
    <w:basedOn w:val="a1"/>
    <w:uiPriority w:val="99"/>
    <w:semiHidden/>
    <w:unhideWhenUsed/>
    <w:rsid w:val="00F652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714B04355B48CEBF94357BB40666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FBA954-9E53-4D7B-B183-7EF0B414B996}"/>
      </w:docPartPr>
      <w:docPartBody>
        <w:p w:rsidR="00BC6E2F" w:rsidRDefault="00F3155C" w:rsidP="00F3155C">
          <w:pPr>
            <w:pStyle w:val="6E714B04355B48CEBF94357BB4066626"/>
          </w:pPr>
          <w:r>
            <w:rPr>
              <w:color w:val="7F7F7F" w:themeColor="text1" w:themeTint="80"/>
              <w:lang w:val="el-GR"/>
            </w:rPr>
            <w:t>[Τίτλος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55C"/>
    <w:rsid w:val="00005E39"/>
    <w:rsid w:val="00657F2C"/>
    <w:rsid w:val="00BC6E2F"/>
    <w:rsid w:val="00DF2700"/>
    <w:rsid w:val="00F3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714B04355B48CEBF94357BB4066626">
    <w:name w:val="6E714B04355B48CEBF94357BB4066626"/>
    <w:rsid w:val="00F31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373</Words>
  <Characters>1720</Characters>
  <Application>Microsoft Office Word</Application>
  <DocSecurity>0</DocSecurity>
  <Lines>86</Lines>
  <Paragraphs>61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H.COURI</dc:title>
  <dc:subject/>
  <dc:creator>python-docx</dc:creator>
  <cp:keywords/>
  <dc:description>generated by python-docx</dc:description>
  <cp:lastModifiedBy>Lena Kouri</cp:lastModifiedBy>
  <cp:revision>11</cp:revision>
  <cp:lastPrinted>2025-10-19T10:50:00Z</cp:lastPrinted>
  <dcterms:created xsi:type="dcterms:W3CDTF">2013-12-23T23:15:00Z</dcterms:created>
  <dcterms:modified xsi:type="dcterms:W3CDTF">2025-10-19T11:08:00Z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16ba4362-721f-4f5b-ac6d-9a09d29f382b</vt:lpwstr>
  </property>
</Properties>
</file>