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qloir1cuxdak" w:id="0"/>
      <w:bookmarkEnd w:id="0"/>
      <w:r w:rsidDel="00000000" w:rsidR="00000000" w:rsidRPr="00000000">
        <w:rPr/>
        <w:drawing>
          <wp:inline distB="114300" distT="114300" distL="114300" distR="114300">
            <wp:extent cx="1328738" cy="1328738"/>
            <wp:effectExtent b="112134" l="112134" r="112134" t="112134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20955824">
                      <a:off x="0" y="0"/>
                      <a:ext cx="1328738" cy="1328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heading=h.fjip7fay2fs4" w:id="1"/>
      <w:bookmarkEnd w:id="1"/>
      <w:r w:rsidDel="00000000" w:rsidR="00000000" w:rsidRPr="00000000">
        <w:rPr>
          <w:rtl w:val="0"/>
        </w:rPr>
        <w:t xml:space="preserve">Student Worksheet 5 –City Highlights: Presenting Our findings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Name/Surname: ____________________________</w:t>
        <w:br w:type="textWrapping"/>
        <w:t xml:space="preserve">Group: ____________________________</w:t>
        <w:br w:type="textWrapping"/>
        <w:t xml:space="preserve">Date: 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Activity 1: Presenting Your City Findings 🌍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🎯 Aim of the Activity: </w:t>
      </w:r>
      <w:r w:rsidDel="00000000" w:rsidR="00000000" w:rsidRPr="00000000">
        <w:rPr>
          <w:rtl w:val="0"/>
        </w:rPr>
        <w:t xml:space="preserve">To share and present the information your group has collected about your city, and to contribute to a collaborative class Padlet with all teams’ findings.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🧭 Instructions for Students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with your group and get ready to present your city information to the class.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Use the information you collected in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Worksheet 3: </w:t>
      </w:r>
      <w:r w:rsidDel="00000000" w:rsidR="00000000" w:rsidRPr="00000000">
        <w:rPr>
          <w:highlight w:val="yellow"/>
          <w:rtl w:val="0"/>
        </w:rPr>
        <w:t xml:space="preserve">City research questions 1a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&amp;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highlight w:val="green"/>
          <w:rtl w:val="0"/>
        </w:rPr>
        <w:t xml:space="preserve">Worksheet 4: City research questions 1b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When it’s your turn, present your findings clearly and confidently to your classmates.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After each presentation, listen to the teacher’s feedback about your content, language, and clarity.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Make the necessary corrections to your information based on the feedback.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Use your tablet to upload your corrected information to the class Padlet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https://shorturl.at/ZTDEf</w:t>
        </w:r>
      </w:hyperlink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45818e"/>
          <w:sz w:val="24"/>
          <w:szCs w:val="24"/>
          <w:u w:val="none"/>
          <w:shd w:fill="auto" w:val="clear"/>
          <w:vertAlign w:val="baseline"/>
          <w:rtl w:val="0"/>
        </w:rPr>
        <w:t xml:space="preserve">Make sure your text is accurate, well-written, and visually clear on the Padlet!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💻</w:t>
      </w:r>
    </w:p>
    <w:p w:rsidR="00000000" w:rsidDel="00000000" w:rsidP="00000000" w:rsidRDefault="00000000" w:rsidRPr="00000000" w14:paraId="0000000F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b w:val="1"/>
          <w:bCs w:val="1"/>
          <w:color w:val="ff0000"/>
          <w:rtl w:val="0"/>
        </w:rPr>
        <w:t xml:space="preserve">Have fun sharing your amazing city discoveries! </w:t>
      </w:r>
      <w:r w:rsidDel="00000000" w:rsidR="00000000" w:rsidRPr="00000000">
        <w:rPr>
          <w:b w:val="1"/>
          <w:bCs w:val="1"/>
          <w:rtl w:val="0"/>
        </w:rPr>
        <w:t xml:space="preserve">🏙️✨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mic Sans MS" w:cs="Comic Sans MS" w:eastAsia="Comic Sans MS" w:hAnsi="Comic Sans MS"/>
        <w:sz w:val="24"/>
        <w:szCs w:val="24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shorturl.at/ZTD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Gott/x9Ah6RhTiff7LqKr5FpdA==">CgMxLjAyDmgucWxvaXIxY3V4ZGFrMg5oLmZqaXA3ZmF5MmZzNDgAciExQTRYRld3eHlKaUg4QWROU0J1MGpBeW8xa1ZrYXhDYnU=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