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39DA" w14:textId="77777777" w:rsidR="00906C05" w:rsidRDefault="00000000">
      <w:pPr>
        <w:pStyle w:val="a8"/>
      </w:pPr>
      <w:r>
        <w:t>Konjunktionen und Satzverbindungen A2</w:t>
      </w:r>
    </w:p>
    <w:p w14:paraId="66220B80" w14:textId="77777777" w:rsidR="00906C05" w:rsidRDefault="00000000">
      <w:r>
        <w:t>Σύνδεσμοι και σύνδεση προτάσεων στα Γερμανικά</w:t>
      </w:r>
    </w:p>
    <w:p w14:paraId="43202D41" w14:textId="77777777" w:rsidR="00906C05" w:rsidRDefault="00000000">
      <w:r>
        <w:t>Υλικό αναφοράς για το επίπεδο Α2 με ελληνικές επεξηγήσεις και απλές προτάσεις από την καθημερινή ζωή. Μαθαίνουμε να προσθέτουμε πληροφορίες, να εκφράζουμε επιλογή, αντίθεση και αιτία και να περιγράφουμε τη σειρά των γεγονότων.</w:t>
      </w:r>
    </w:p>
    <w:p w14:paraId="4474E4D7" w14:textId="77777777" w:rsidR="00906C05" w:rsidRDefault="00000000">
      <w:pPr>
        <w:pStyle w:val="1"/>
      </w:pPr>
      <w:r>
        <w:t>1 Βασικοί σύνδεσμοι</w:t>
      </w:r>
    </w:p>
    <w:p w14:paraId="537BD7DB" w14:textId="77777777" w:rsidR="00906C05" w:rsidRDefault="00000000">
      <w:r>
        <w:t>Οι σύνδεσμοι und, oder, aber, denn και sondern δεν αλλάζουν τη σειρά των λέξεων στην κύρια πρόταση.</w:t>
      </w:r>
    </w:p>
    <w:tbl>
      <w:tblPr>
        <w:tblW w:w="0" w:type="auto"/>
        <w:tblLayout w:type="fixed"/>
        <w:tblLook w:val="04A0" w:firstRow="1" w:lastRow="0" w:firstColumn="1" w:lastColumn="0" w:noHBand="0" w:noVBand="1"/>
      </w:tblPr>
      <w:tblGrid>
        <w:gridCol w:w="3408"/>
        <w:gridCol w:w="3408"/>
        <w:gridCol w:w="5616"/>
      </w:tblGrid>
      <w:tr w:rsidR="00906C05" w14:paraId="2B213DE6" w14:textId="77777777">
        <w:trPr>
          <w:cantSplit/>
          <w:tblHeader/>
        </w:trPr>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5114DEE6" w14:textId="77777777" w:rsidR="00906C05" w:rsidRDefault="00000000">
            <w:pPr>
              <w:spacing w:before="100"/>
            </w:pPr>
            <w:r>
              <w:rPr>
                <w:b/>
                <w:sz w:val="20"/>
              </w:rPr>
              <w:t>Σύνδεσμος</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8B7FE70" w14:textId="77777777" w:rsidR="00906C05" w:rsidRDefault="00000000">
            <w:pPr>
              <w:spacing w:before="100"/>
            </w:pPr>
            <w:r>
              <w:rPr>
                <w:b/>
                <w:sz w:val="20"/>
              </w:rPr>
              <w:t>Σημασία και χρήση</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35A8E335" w14:textId="77777777" w:rsidR="00906C05" w:rsidRDefault="00000000">
            <w:pPr>
              <w:spacing w:before="100"/>
            </w:pPr>
            <w:r>
              <w:rPr>
                <w:b/>
                <w:sz w:val="20"/>
              </w:rPr>
              <w:t>Παράδειγμα</w:t>
            </w:r>
          </w:p>
        </w:tc>
      </w:tr>
      <w:tr w:rsidR="00906C05" w14:paraId="53E3CFA0"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35506BA2" w14:textId="77777777" w:rsidR="00906C05" w:rsidRDefault="00000000">
            <w:pPr>
              <w:spacing w:before="100"/>
            </w:pPr>
            <w:r>
              <w:rPr>
                <w:sz w:val="20"/>
              </w:rPr>
              <w:t>und</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693DFFD7" w14:textId="77777777" w:rsidR="00906C05" w:rsidRDefault="00000000">
            <w:pPr>
              <w:spacing w:before="100"/>
            </w:pPr>
            <w:r>
              <w:rPr>
                <w:sz w:val="20"/>
              </w:rPr>
              <w:t>και • προσθήκη</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0A8CBAB8" w14:textId="77777777" w:rsidR="00906C05" w:rsidRDefault="00000000">
            <w:pPr>
              <w:spacing w:before="100"/>
            </w:pPr>
            <w:r>
              <w:rPr>
                <w:sz w:val="20"/>
              </w:rPr>
              <w:t>Ich lerne Deutsch und mein Bruder lernt Englisch.</w:t>
            </w:r>
          </w:p>
        </w:tc>
      </w:tr>
      <w:tr w:rsidR="00906C05" w14:paraId="2BBF50D7"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65A12276" w14:textId="77777777" w:rsidR="00906C05" w:rsidRDefault="00000000">
            <w:pPr>
              <w:spacing w:before="100"/>
            </w:pPr>
            <w:r>
              <w:rPr>
                <w:sz w:val="20"/>
              </w:rPr>
              <w:t>oder</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71B3F3F0" w14:textId="77777777" w:rsidR="00906C05" w:rsidRDefault="00000000">
            <w:pPr>
              <w:spacing w:before="100"/>
            </w:pPr>
            <w:r>
              <w:rPr>
                <w:sz w:val="20"/>
              </w:rPr>
              <w:t>ή • επιλογή</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1FA22DAF" w14:textId="77777777" w:rsidR="00906C05" w:rsidRDefault="00000000">
            <w:pPr>
              <w:spacing w:before="100"/>
            </w:pPr>
            <w:r>
              <w:rPr>
                <w:sz w:val="20"/>
              </w:rPr>
              <w:t>Wir gehen ins Kino oder wir bleiben zu Hause.</w:t>
            </w:r>
          </w:p>
        </w:tc>
      </w:tr>
      <w:tr w:rsidR="00906C05" w14:paraId="0744DF73"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658D1FC5" w14:textId="77777777" w:rsidR="00906C05" w:rsidRDefault="00000000">
            <w:pPr>
              <w:spacing w:before="100"/>
            </w:pPr>
            <w:r>
              <w:rPr>
                <w:sz w:val="20"/>
              </w:rPr>
              <w:t>aber</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7208B655" w14:textId="77777777" w:rsidR="00906C05" w:rsidRDefault="00000000">
            <w:pPr>
              <w:spacing w:before="100"/>
            </w:pPr>
            <w:r>
              <w:rPr>
                <w:sz w:val="20"/>
              </w:rPr>
              <w:t>αλλά • αντίθεση</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5347DF0D" w14:textId="77777777" w:rsidR="00906C05" w:rsidRDefault="00000000">
            <w:pPr>
              <w:spacing w:before="100"/>
            </w:pPr>
            <w:r>
              <w:rPr>
                <w:sz w:val="20"/>
              </w:rPr>
              <w:t>Ich möchte kommen, aber ich habe keine Zeit.</w:t>
            </w:r>
          </w:p>
        </w:tc>
      </w:tr>
      <w:tr w:rsidR="00906C05" w14:paraId="7639ED5B"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783CFD90" w14:textId="77777777" w:rsidR="00906C05" w:rsidRDefault="00000000">
            <w:pPr>
              <w:spacing w:before="100"/>
            </w:pPr>
            <w:r>
              <w:rPr>
                <w:sz w:val="20"/>
              </w:rPr>
              <w:t>denn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56D885C1" w14:textId="77777777" w:rsidR="00906C05" w:rsidRDefault="00000000">
            <w:pPr>
              <w:spacing w:before="100"/>
            </w:pPr>
            <w:r>
              <w:rPr>
                <w:sz w:val="20"/>
              </w:rPr>
              <w:t>γιατί • αιτία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4B903479" w14:textId="77777777" w:rsidR="00906C05" w:rsidRDefault="00000000">
            <w:pPr>
              <w:spacing w:before="100"/>
            </w:pPr>
            <w:r>
              <w:rPr>
                <w:sz w:val="20"/>
              </w:rPr>
              <w:t>Ich bleibe zu Hause, denn ich bin krank.</w:t>
            </w:r>
          </w:p>
        </w:tc>
      </w:tr>
      <w:tr w:rsidR="00906C05" w14:paraId="0C1DC7ED"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2753AF60" w14:textId="77777777" w:rsidR="00906C05" w:rsidRDefault="00000000">
            <w:pPr>
              <w:spacing w:before="100"/>
            </w:pPr>
            <w:r>
              <w:rPr>
                <w:sz w:val="20"/>
              </w:rPr>
              <w:t>sondern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507BBE54" w14:textId="77777777" w:rsidR="00906C05" w:rsidRDefault="00000000">
            <w:pPr>
              <w:spacing w:before="100"/>
            </w:pPr>
            <w:r>
              <w:rPr>
                <w:sz w:val="20"/>
              </w:rPr>
              <w:t>αλλά • διόρθωση μετά από άρνηση</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6418F28" w14:textId="77777777" w:rsidR="00906C05" w:rsidRDefault="00000000">
            <w:pPr>
              <w:spacing w:before="100"/>
            </w:pPr>
            <w:r>
              <w:rPr>
                <w:sz w:val="20"/>
              </w:rPr>
              <w:t>Ich trinke keinen Kaffee, sondern ich trinke Tee.</w:t>
            </w:r>
          </w:p>
        </w:tc>
      </w:tr>
    </w:tbl>
    <w:p w14:paraId="6D8B9321" w14:textId="77777777" w:rsidR="00906C05" w:rsidRDefault="00000000">
      <w:pPr>
        <w:pStyle w:val="1"/>
      </w:pPr>
      <w:r>
        <w:t>Όταν το υποκείμενο είναι ίδιο</w:t>
      </w:r>
    </w:p>
    <w:p w14:paraId="1E98567F" w14:textId="77777777" w:rsidR="00906C05" w:rsidRDefault="00000000">
      <w:r>
        <w:t>Με und ή oder μπορούμε συχνά να μην επαναλάβουμε το υποκείμενο: Ich koche und ich höre Musik. → Ich koche und höre Musik.</w:t>
      </w:r>
    </w:p>
    <w:p w14:paraId="553B0334" w14:textId="77777777" w:rsidR="00906C05" w:rsidRDefault="00000000">
      <w:r>
        <w:t>Οι σύνδεσμοι συνδέουν και λέξεις: Ich kaufe Brot und Milch. / Möchtest du Tee oder Wasser?</w:t>
      </w:r>
    </w:p>
    <w:p w14:paraId="53F6BD27" w14:textId="77777777" w:rsidR="00906C05" w:rsidRDefault="00000000">
      <w:pPr>
        <w:pStyle w:val="1"/>
      </w:pPr>
      <w:r>
        <w:t>Aber ή sondern</w:t>
      </w:r>
    </w:p>
    <w:p w14:paraId="3BC36426" w14:textId="77777777" w:rsidR="00906C05" w:rsidRDefault="00000000">
      <w:r>
        <w:t>Aber εκφράζει αντίθεση: Das Zimmer ist klein, aber es ist schön. → Το δωμάτιο είναι μικρό, αλλά είναι όμορφο.</w:t>
      </w:r>
    </w:p>
    <w:p w14:paraId="51E5DD9F" w14:textId="77777777" w:rsidR="00906C05" w:rsidRDefault="00000000">
      <w:r>
        <w:t>Sondern διορθώνει κάτι που αρνούμαστε: Das ist kein Bus, sondern ein Zug. → Αυτό δεν είναι λεωφορείο, αλλά τρένο.</w:t>
      </w:r>
    </w:p>
    <w:p w14:paraId="7A73F21A" w14:textId="77777777" w:rsidR="00906C05" w:rsidRDefault="00000000">
      <w:pPr>
        <w:pStyle w:val="1"/>
      </w:pPr>
      <w:r>
        <w:t>Κόμματα</w:t>
      </w:r>
    </w:p>
    <w:p w14:paraId="4D1BCB60" w14:textId="77777777" w:rsidR="00906C05" w:rsidRDefault="00000000">
      <w:r>
        <w:t>Πριν από aber, denn και sondern βάζουμε κόμμα όταν συνδέουν προτάσεις. Πριν από und και oder συνήθως δεν χρειάζεται κόμμα. Κύρια και δευτερεύουσα πρόταση χωρίζονται πάντα με κόμμα.</w:t>
      </w:r>
    </w:p>
    <w:p w14:paraId="3E560C80" w14:textId="77777777" w:rsidR="00906C05" w:rsidRDefault="00000000">
      <w:pPr>
        <w:pStyle w:val="1"/>
        <w:pageBreakBefore/>
      </w:pPr>
      <w:r>
        <w:lastRenderedPageBreak/>
        <w:t>2 Σύνδεσμοι δευτερευουσών προτάσεων</w:t>
      </w:r>
    </w:p>
    <w:p w14:paraId="062A5030" w14:textId="77777777" w:rsidR="00906C05" w:rsidRDefault="00000000">
      <w:r>
        <w:t>Με weil, dass και wenn το κλιτό ρήμα της δευτερεύουσας πρότασης πηγαίνει στο τέλος.</w:t>
      </w:r>
    </w:p>
    <w:tbl>
      <w:tblPr>
        <w:tblW w:w="0" w:type="auto"/>
        <w:tblLayout w:type="fixed"/>
        <w:tblLook w:val="04A0" w:firstRow="1" w:lastRow="0" w:firstColumn="1" w:lastColumn="0" w:noHBand="0" w:noVBand="1"/>
      </w:tblPr>
      <w:tblGrid>
        <w:gridCol w:w="3408"/>
        <w:gridCol w:w="3408"/>
        <w:gridCol w:w="5616"/>
      </w:tblGrid>
      <w:tr w:rsidR="00906C05" w14:paraId="1EACEC78" w14:textId="77777777">
        <w:trPr>
          <w:cantSplit/>
          <w:tblHeader/>
        </w:trPr>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052F211" w14:textId="77777777" w:rsidR="00906C05" w:rsidRDefault="00000000">
            <w:pPr>
              <w:spacing w:before="100"/>
            </w:pPr>
            <w:r>
              <w:rPr>
                <w:b/>
                <w:sz w:val="20"/>
              </w:rPr>
              <w:t>Σύνδεσμος</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91D4B99" w14:textId="77777777" w:rsidR="00906C05" w:rsidRDefault="00000000">
            <w:pPr>
              <w:spacing w:before="100"/>
            </w:pPr>
            <w:r>
              <w:rPr>
                <w:b/>
                <w:sz w:val="20"/>
              </w:rPr>
              <w:t>Σημασία και χρήση</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63E9E2C1" w14:textId="77777777" w:rsidR="00906C05" w:rsidRDefault="00000000">
            <w:pPr>
              <w:spacing w:before="100"/>
            </w:pPr>
            <w:r>
              <w:rPr>
                <w:b/>
                <w:sz w:val="20"/>
              </w:rPr>
              <w:t>Παράδειγμα</w:t>
            </w:r>
          </w:p>
        </w:tc>
      </w:tr>
      <w:tr w:rsidR="00906C05" w14:paraId="64FECF85"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6AF86FB6" w14:textId="77777777" w:rsidR="00906C05" w:rsidRDefault="00000000">
            <w:pPr>
              <w:spacing w:before="100"/>
            </w:pPr>
            <w:r>
              <w:rPr>
                <w:sz w:val="20"/>
              </w:rPr>
              <w:t>weil</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57E29B31" w14:textId="77777777" w:rsidR="00906C05" w:rsidRDefault="00000000">
            <w:pPr>
              <w:spacing w:before="100"/>
            </w:pPr>
            <w:r>
              <w:rPr>
                <w:sz w:val="20"/>
              </w:rPr>
              <w:t>επειδή • αιτία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2B688D3B" w14:textId="77777777" w:rsidR="00906C05" w:rsidRDefault="00000000">
            <w:pPr>
              <w:spacing w:before="100"/>
            </w:pPr>
            <w:r>
              <w:rPr>
                <w:sz w:val="20"/>
              </w:rPr>
              <w:t>Ich lerne Deutsch, weil ich in Berlin wohne.</w:t>
            </w:r>
          </w:p>
        </w:tc>
      </w:tr>
      <w:tr w:rsidR="00906C05" w14:paraId="6227651D"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1E6C1F46" w14:textId="77777777" w:rsidR="00906C05" w:rsidRDefault="00000000">
            <w:pPr>
              <w:spacing w:before="100"/>
            </w:pPr>
            <w:r>
              <w:rPr>
                <w:sz w:val="20"/>
              </w:rPr>
              <w:t>dass</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34F880DE" w14:textId="77777777" w:rsidR="00906C05" w:rsidRDefault="00000000">
            <w:pPr>
              <w:spacing w:before="100"/>
            </w:pPr>
            <w:r>
              <w:rPr>
                <w:sz w:val="20"/>
              </w:rPr>
              <w:t>ότι • τι λέμε ή πιστεύουμε</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C74A695" w14:textId="77777777" w:rsidR="00906C05" w:rsidRDefault="00000000">
            <w:pPr>
              <w:spacing w:before="100"/>
            </w:pPr>
            <w:r>
              <w:rPr>
                <w:sz w:val="20"/>
              </w:rPr>
              <w:t>Ich glaube, dass Anna heute kommt.</w:t>
            </w:r>
          </w:p>
        </w:tc>
      </w:tr>
      <w:tr w:rsidR="00906C05" w14:paraId="7AD0B49F"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1C5EF236" w14:textId="77777777" w:rsidR="00906C05" w:rsidRDefault="00000000">
            <w:pPr>
              <w:spacing w:before="100"/>
            </w:pPr>
            <w:r>
              <w:rPr>
                <w:sz w:val="20"/>
              </w:rPr>
              <w:t>wenn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017ED1F2" w14:textId="77777777" w:rsidR="00906C05" w:rsidRDefault="00000000">
            <w:pPr>
              <w:spacing w:before="100"/>
            </w:pPr>
            <w:r>
              <w:rPr>
                <w:sz w:val="20"/>
              </w:rPr>
              <w:t>αν • προϋπόθεση</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7948D999" w14:textId="77777777" w:rsidR="00906C05" w:rsidRDefault="00000000">
            <w:pPr>
              <w:spacing w:before="100"/>
            </w:pPr>
            <w:r>
              <w:rPr>
                <w:sz w:val="20"/>
              </w:rPr>
              <w:t>Wenn ich Zeit habe, komme ich mit.</w:t>
            </w:r>
          </w:p>
        </w:tc>
      </w:tr>
      <w:tr w:rsidR="00906C05" w14:paraId="7E31DC2B"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33AE2EAD" w14:textId="77777777" w:rsidR="00906C05" w:rsidRDefault="00000000">
            <w:pPr>
              <w:spacing w:before="100"/>
            </w:pPr>
            <w:r>
              <w:rPr>
                <w:sz w:val="20"/>
              </w:rPr>
              <w:t>wenn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3C416084" w14:textId="77777777" w:rsidR="00906C05" w:rsidRDefault="00000000">
            <w:pPr>
              <w:spacing w:before="100"/>
            </w:pPr>
            <w:r>
              <w:rPr>
                <w:sz w:val="20"/>
              </w:rPr>
              <w:t>όταν • κάτι που επαναλαμβάνεται</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3206E3D" w14:textId="77777777" w:rsidR="00906C05" w:rsidRDefault="00000000">
            <w:pPr>
              <w:spacing w:before="100"/>
            </w:pPr>
            <w:r>
              <w:rPr>
                <w:sz w:val="20"/>
              </w:rPr>
              <w:t>Wenn ich Ferien habe, besuche ich meine Oma.</w:t>
            </w:r>
          </w:p>
        </w:tc>
      </w:tr>
    </w:tbl>
    <w:p w14:paraId="59D85ECC" w14:textId="77777777" w:rsidR="00906C05" w:rsidRDefault="00000000">
      <w:pPr>
        <w:pStyle w:val="1"/>
      </w:pPr>
      <w:r>
        <w:t>Η θέση του ρήματος</w:t>
      </w:r>
    </w:p>
    <w:p w14:paraId="5CB997A4" w14:textId="77777777" w:rsidR="00906C05" w:rsidRDefault="00000000">
      <w:r>
        <w:t>Κύρια πρόταση: Ich bin müde. → Το κλιτό ρήμα είναι στη δεύτερη συντακτική θέση.</w:t>
      </w:r>
    </w:p>
    <w:p w14:paraId="56FB5F1F" w14:textId="77777777" w:rsidR="00906C05" w:rsidRDefault="00000000">
      <w:r>
        <w:t>Δευτερεύουσα πρόταση: Ich gehe ins Bett, weil ich müde bin. → Το κλιτό ρήμα είναι στο τέλος.</w:t>
      </w:r>
    </w:p>
    <w:p w14:paraId="047CFB5C" w14:textId="77777777" w:rsidR="00906C05" w:rsidRDefault="00000000">
      <w:r>
        <w:t>Με τροπικό ρήμα: Ich lerne Deutsch, weil ich in Deutschland arbeiten möchte. → απαρέμφατο + τροπικό ρήμα.</w:t>
      </w:r>
    </w:p>
    <w:p w14:paraId="49C3BCC2" w14:textId="77777777" w:rsidR="00906C05" w:rsidRDefault="00000000">
      <w:r>
        <w:t>Με Perfekt: Ich bin müde, weil ich viel gearbeitet habe. → μετοχή + βοηθητικό ρήμα.</w:t>
      </w:r>
    </w:p>
    <w:p w14:paraId="752D2B20" w14:textId="77777777" w:rsidR="00906C05" w:rsidRDefault="00000000">
      <w:pPr>
        <w:pStyle w:val="1"/>
      </w:pPr>
      <w:r>
        <w:t>Όταν η δευτερεύουσα πρόταση είναι πρώτη</w:t>
      </w:r>
    </w:p>
    <w:p w14:paraId="60DC63DB" w14:textId="77777777" w:rsidR="00906C05" w:rsidRDefault="00000000">
      <w:r>
        <w:t>Wenn ich Zeit habe, besuche ich dich. → Μετά το κόμμα ακολουθεί αμέσως το κλιτό ρήμα της κύριας πρότασης.</w:t>
      </w:r>
    </w:p>
    <w:p w14:paraId="01EFC4DE" w14:textId="77777777" w:rsidR="00906C05" w:rsidRDefault="00000000">
      <w:r>
        <w:t>Weil ich krank bin, bleibe ich zu Hause. → Επειδή είμαι άρρωστος, μένω στο σπίτι.</w:t>
      </w:r>
    </w:p>
    <w:p w14:paraId="6660393C" w14:textId="77777777" w:rsidR="00906C05" w:rsidRDefault="00000000">
      <w:pPr>
        <w:pStyle w:val="1"/>
      </w:pPr>
      <w:r>
        <w:t>Weil ή denn</w:t>
      </w:r>
    </w:p>
    <w:tbl>
      <w:tblPr>
        <w:tblW w:w="0" w:type="auto"/>
        <w:tblLayout w:type="fixed"/>
        <w:tblLook w:val="04A0" w:firstRow="1" w:lastRow="0" w:firstColumn="1" w:lastColumn="0" w:noHBand="0" w:noVBand="1"/>
      </w:tblPr>
      <w:tblGrid>
        <w:gridCol w:w="3408"/>
        <w:gridCol w:w="3408"/>
        <w:gridCol w:w="5616"/>
      </w:tblGrid>
      <w:tr w:rsidR="00906C05" w14:paraId="40FD6AD5" w14:textId="77777777">
        <w:trPr>
          <w:cantSplit/>
          <w:tblHeader/>
        </w:trPr>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1480A2AC" w14:textId="77777777" w:rsidR="00906C05" w:rsidRDefault="00000000">
            <w:pPr>
              <w:spacing w:before="100"/>
            </w:pPr>
            <w:r>
              <w:rPr>
                <w:b/>
                <w:sz w:val="20"/>
              </w:rPr>
              <w:t>Σύνδεσμος</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5ED4BDF" w14:textId="77777777" w:rsidR="00906C05" w:rsidRDefault="00000000">
            <w:pPr>
              <w:spacing w:before="100"/>
            </w:pPr>
            <w:r>
              <w:rPr>
                <w:b/>
                <w:sz w:val="20"/>
              </w:rPr>
              <w:t>Σημασία και χρήση</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1B846402" w14:textId="77777777" w:rsidR="00906C05" w:rsidRDefault="00000000">
            <w:pPr>
              <w:spacing w:before="100"/>
            </w:pPr>
            <w:r>
              <w:rPr>
                <w:b/>
                <w:sz w:val="20"/>
              </w:rPr>
              <w:t>Παράδειγμα</w:t>
            </w:r>
          </w:p>
        </w:tc>
      </w:tr>
      <w:tr w:rsidR="00906C05" w14:paraId="6E450A96"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54F83981" w14:textId="77777777" w:rsidR="00906C05" w:rsidRDefault="00000000">
            <w:pPr>
              <w:spacing w:before="100"/>
            </w:pPr>
            <w:r>
              <w:rPr>
                <w:sz w:val="20"/>
              </w:rPr>
              <w:t>weil</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51C2F8AE" w14:textId="77777777" w:rsidR="00906C05" w:rsidRDefault="00000000">
            <w:pPr>
              <w:spacing w:before="100"/>
            </w:pPr>
            <w:r>
              <w:rPr>
                <w:sz w:val="20"/>
              </w:rPr>
              <w:t>Το ρήμα πηγαίνει στο τέλος.</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FCB1DDA" w14:textId="77777777" w:rsidR="00906C05" w:rsidRDefault="00000000">
            <w:pPr>
              <w:spacing w:before="100"/>
            </w:pPr>
            <w:r>
              <w:rPr>
                <w:sz w:val="20"/>
              </w:rPr>
              <w:t>Ich nehme den Bus, weil mein Fahrrad kaputt ist.</w:t>
            </w:r>
          </w:p>
        </w:tc>
      </w:tr>
      <w:tr w:rsidR="00906C05" w14:paraId="5C13B012"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69B406E3" w14:textId="77777777" w:rsidR="00906C05" w:rsidRDefault="00000000">
            <w:pPr>
              <w:spacing w:before="100"/>
            </w:pPr>
            <w:r>
              <w:rPr>
                <w:sz w:val="20"/>
              </w:rPr>
              <w:t>denn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3A792FF8" w14:textId="77777777" w:rsidR="00906C05" w:rsidRDefault="00000000">
            <w:pPr>
              <w:spacing w:before="100"/>
            </w:pPr>
            <w:r>
              <w:rPr>
                <w:sz w:val="20"/>
              </w:rPr>
              <w:t>Η σειρά των λέξεων παραμένει ίδια.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56322073" w14:textId="77777777" w:rsidR="00906C05" w:rsidRDefault="00000000">
            <w:pPr>
              <w:spacing w:before="100"/>
            </w:pPr>
            <w:r>
              <w:rPr>
                <w:sz w:val="20"/>
              </w:rPr>
              <w:t>Ich nehme den Bus, denn mein Fahrrad ist kaputt.</w:t>
            </w:r>
          </w:p>
        </w:tc>
      </w:tr>
    </w:tbl>
    <w:p w14:paraId="7A5689A3" w14:textId="77777777" w:rsidR="00906C05" w:rsidRDefault="00000000">
      <w:r>
        <w:t>Οι δύο προτάσεις δίνουν τον ίδιο λόγο: Παίρνω το λεωφορείο, επειδή το ποδήλατό μου είναι χαλασμένο.</w:t>
      </w:r>
    </w:p>
    <w:p w14:paraId="64EB3004" w14:textId="77777777" w:rsidR="00906C05" w:rsidRDefault="00000000">
      <w:pPr>
        <w:pStyle w:val="1"/>
        <w:pageBreakBefore/>
      </w:pPr>
      <w:r>
        <w:lastRenderedPageBreak/>
        <w:t>3 Λέξεις που συνδέουν κύριες προτάσεις</w:t>
      </w:r>
    </w:p>
    <w:p w14:paraId="2D9E08C2" w14:textId="77777777" w:rsidR="00906C05" w:rsidRDefault="00000000">
      <w:r>
        <w:t>Οι παρακάτω λέξεις είναι επιρρήματα σύνδεσης. Όταν βρίσκονται στην αρχή της πρότασης, ακολουθεί αμέσως το κλιτό ρήμα και μετά συνήθως το υποκείμενο.</w:t>
      </w:r>
    </w:p>
    <w:tbl>
      <w:tblPr>
        <w:tblW w:w="0" w:type="auto"/>
        <w:tblLayout w:type="fixed"/>
        <w:tblLook w:val="04A0" w:firstRow="1" w:lastRow="0" w:firstColumn="1" w:lastColumn="0" w:noHBand="0" w:noVBand="1"/>
      </w:tblPr>
      <w:tblGrid>
        <w:gridCol w:w="3408"/>
        <w:gridCol w:w="3408"/>
        <w:gridCol w:w="5616"/>
      </w:tblGrid>
      <w:tr w:rsidR="00906C05" w14:paraId="6DB2B06C" w14:textId="77777777">
        <w:trPr>
          <w:cantSplit/>
          <w:tblHeader/>
        </w:trPr>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2C2C542" w14:textId="77777777" w:rsidR="00906C05" w:rsidRDefault="00000000">
            <w:pPr>
              <w:spacing w:before="100"/>
            </w:pPr>
            <w:r>
              <w:rPr>
                <w:b/>
                <w:sz w:val="20"/>
              </w:rPr>
              <w:t>Σύνδεσμος</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25163318" w14:textId="77777777" w:rsidR="00906C05" w:rsidRDefault="00000000">
            <w:pPr>
              <w:spacing w:before="100"/>
            </w:pPr>
            <w:r>
              <w:rPr>
                <w:b/>
                <w:sz w:val="20"/>
              </w:rPr>
              <w:t>Σημασία και χρήση</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5FB2E972" w14:textId="77777777" w:rsidR="00906C05" w:rsidRDefault="00000000">
            <w:pPr>
              <w:spacing w:before="100"/>
            </w:pPr>
            <w:r>
              <w:rPr>
                <w:b/>
                <w:sz w:val="20"/>
              </w:rPr>
              <w:t>Παράδειγμα</w:t>
            </w:r>
          </w:p>
        </w:tc>
      </w:tr>
      <w:tr w:rsidR="00906C05" w14:paraId="62318528"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7B2722A8" w14:textId="77777777" w:rsidR="00906C05" w:rsidRDefault="00000000">
            <w:pPr>
              <w:spacing w:before="100"/>
            </w:pPr>
            <w:r>
              <w:rPr>
                <w:sz w:val="20"/>
              </w:rPr>
              <w:t>deshalb</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276977F3" w14:textId="77777777" w:rsidR="00906C05" w:rsidRDefault="00000000">
            <w:pPr>
              <w:spacing w:before="100"/>
            </w:pPr>
            <w:r>
              <w:rPr>
                <w:sz w:val="20"/>
              </w:rPr>
              <w:t>γι’ αυτό • αποτέλεσμα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142B74EE" w14:textId="77777777" w:rsidR="00906C05" w:rsidRDefault="00000000">
            <w:pPr>
              <w:spacing w:before="100"/>
            </w:pPr>
            <w:r>
              <w:rPr>
                <w:sz w:val="20"/>
              </w:rPr>
              <w:t>Ich bin krank. Deshalb bleibe ich zu Hause.</w:t>
            </w:r>
          </w:p>
        </w:tc>
      </w:tr>
      <w:tr w:rsidR="00906C05" w14:paraId="090B2081"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20CE404D" w14:textId="77777777" w:rsidR="00906C05" w:rsidRDefault="00000000">
            <w:pPr>
              <w:spacing w:before="100"/>
            </w:pPr>
            <w:r>
              <w:rPr>
                <w:sz w:val="20"/>
              </w:rPr>
              <w:t>zuerst</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23858B9D" w14:textId="77777777" w:rsidR="00906C05" w:rsidRDefault="00000000">
            <w:pPr>
              <w:spacing w:before="100"/>
            </w:pPr>
            <w:r>
              <w:rPr>
                <w:sz w:val="20"/>
              </w:rPr>
              <w:t>πρώτα • πρώτο βήμα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5549BE01" w14:textId="77777777" w:rsidR="00906C05" w:rsidRDefault="00000000">
            <w:pPr>
              <w:spacing w:before="100"/>
            </w:pPr>
            <w:r>
              <w:rPr>
                <w:sz w:val="20"/>
              </w:rPr>
              <w:t>Zuerst frühstücke ich.</w:t>
            </w:r>
          </w:p>
        </w:tc>
      </w:tr>
      <w:tr w:rsidR="00906C05" w14:paraId="48DA95AB"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0AEABD2C" w14:textId="77777777" w:rsidR="00906C05" w:rsidRDefault="00000000">
            <w:pPr>
              <w:spacing w:before="100"/>
            </w:pPr>
            <w:r>
              <w:rPr>
                <w:sz w:val="20"/>
              </w:rPr>
              <w:t>dann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6A67FF53" w14:textId="77777777" w:rsidR="00906C05" w:rsidRDefault="00000000">
            <w:pPr>
              <w:spacing w:before="100"/>
            </w:pPr>
            <w:r>
              <w:rPr>
                <w:sz w:val="20"/>
              </w:rPr>
              <w:t>έπειτα / τότε • επόμενο βήμα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2BAF1CA" w14:textId="77777777" w:rsidR="00906C05" w:rsidRDefault="00000000">
            <w:pPr>
              <w:spacing w:before="100"/>
            </w:pPr>
            <w:r>
              <w:rPr>
                <w:sz w:val="20"/>
              </w:rPr>
              <w:t>Dann gehe ich zur Schule.</w:t>
            </w:r>
          </w:p>
        </w:tc>
      </w:tr>
      <w:tr w:rsidR="00906C05" w14:paraId="46A89E3D"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04AC9F4F" w14:textId="77777777" w:rsidR="00906C05" w:rsidRDefault="00000000">
            <w:pPr>
              <w:spacing w:before="100"/>
            </w:pPr>
            <w:r>
              <w:rPr>
                <w:sz w:val="20"/>
              </w:rPr>
              <w:t>danach</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6D685989" w14:textId="77777777" w:rsidR="00906C05" w:rsidRDefault="00000000">
            <w:pPr>
              <w:spacing w:before="100"/>
            </w:pPr>
            <w:r>
              <w:rPr>
                <w:sz w:val="20"/>
              </w:rPr>
              <w:t>μετά / στη συνέχεια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573FD3AE" w14:textId="77777777" w:rsidR="00906C05" w:rsidRDefault="00000000">
            <w:pPr>
              <w:spacing w:before="100"/>
            </w:pPr>
            <w:r>
              <w:rPr>
                <w:sz w:val="20"/>
              </w:rPr>
              <w:t>Ich mache meine Hausaufgaben. Danach spiele ich Fußball.</w:t>
            </w:r>
          </w:p>
        </w:tc>
      </w:tr>
      <w:tr w:rsidR="00906C05" w14:paraId="6918D27E"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4DCB76CE" w14:textId="77777777" w:rsidR="00906C05" w:rsidRDefault="00000000">
            <w:pPr>
              <w:spacing w:before="100"/>
            </w:pPr>
            <w:r>
              <w:rPr>
                <w:sz w:val="20"/>
              </w:rPr>
              <w:t>später</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1199A537" w14:textId="77777777" w:rsidR="00906C05" w:rsidRDefault="00000000">
            <w:pPr>
              <w:spacing w:before="100"/>
            </w:pPr>
            <w:r>
              <w:rPr>
                <w:sz w:val="20"/>
              </w:rPr>
              <w:t>αργότερα</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4E63E36E" w14:textId="77777777" w:rsidR="00906C05" w:rsidRDefault="00000000">
            <w:pPr>
              <w:spacing w:before="100"/>
            </w:pPr>
            <w:r>
              <w:rPr>
                <w:sz w:val="20"/>
              </w:rPr>
              <w:t>Jetzt lerne ich. Später treffe ich meine Freunde.</w:t>
            </w:r>
          </w:p>
        </w:tc>
      </w:tr>
    </w:tbl>
    <w:p w14:paraId="78501C50" w14:textId="77777777" w:rsidR="00906C05" w:rsidRDefault="00000000">
      <w:pPr>
        <w:pStyle w:val="1"/>
      </w:pPr>
      <w:r>
        <w:t>Αιτία και αποτέλεσμα</w:t>
      </w:r>
    </w:p>
    <w:p w14:paraId="345B2286" w14:textId="77777777" w:rsidR="00906C05" w:rsidRDefault="00000000">
      <w:r>
        <w:t>Ich bin krank. Deshalb bleibe ich zu Hause. → Είμαι άρρωστος. Γι’ αυτό μένω στο σπίτι.</w:t>
      </w:r>
    </w:p>
    <w:p w14:paraId="27483317" w14:textId="77777777" w:rsidR="00906C05" w:rsidRDefault="00000000">
      <w:r>
        <w:t>Ich bleibe zu Hause, weil ich krank bin. → Μένω στο σπίτι, επειδή είμαι άρρωστος.</w:t>
      </w:r>
    </w:p>
    <w:p w14:paraId="17DCCCFA" w14:textId="77777777" w:rsidR="00906C05" w:rsidRDefault="00000000">
      <w:r>
        <w:t>Ich bleibe zu Hause, denn ich bin krank. → Μένω στο σπίτι, γιατί είμαι άρρωστος.</w:t>
      </w:r>
    </w:p>
    <w:p w14:paraId="0CB06193" w14:textId="77777777" w:rsidR="00906C05" w:rsidRDefault="00000000">
      <w:pPr>
        <w:pStyle w:val="1"/>
      </w:pPr>
      <w:r>
        <w:t>Μικρό κείμενο με συνδέσεις</w:t>
      </w:r>
    </w:p>
    <w:p w14:paraId="659BF434" w14:textId="77777777" w:rsidR="00906C05" w:rsidRDefault="00000000">
      <w:r>
        <w:t>Am Samstag stehe ich um neun Uhr auf. Zuerst frühstücke ich und höre Musik. Dann gehe ich einkaufen, weil ich Brot und Milch brauche. Danach treffe ich meine Freundin. Wir möchten spazieren gehen, aber es regnet. Deshalb bleiben wir zu Hause. Wenn das Wetter morgen gut ist, gehen wir in den Park.</w:t>
      </w:r>
    </w:p>
    <w:p w14:paraId="2AF46AC0" w14:textId="77777777" w:rsidR="00906C05" w:rsidRDefault="00000000">
      <w:pPr>
        <w:pStyle w:val="1"/>
      </w:pPr>
      <w:r>
        <w:t>4 Συνηθισμένα λάθη</w:t>
      </w:r>
    </w:p>
    <w:tbl>
      <w:tblPr>
        <w:tblW w:w="0" w:type="auto"/>
        <w:tblLayout w:type="fixed"/>
        <w:tblLook w:val="04A0" w:firstRow="1" w:lastRow="0" w:firstColumn="1" w:lastColumn="0" w:noHBand="0" w:noVBand="1"/>
      </w:tblPr>
      <w:tblGrid>
        <w:gridCol w:w="3408"/>
        <w:gridCol w:w="3408"/>
        <w:gridCol w:w="5616"/>
      </w:tblGrid>
      <w:tr w:rsidR="00906C05" w14:paraId="3927BDC3" w14:textId="77777777">
        <w:trPr>
          <w:cantSplit/>
          <w:tblHeader/>
        </w:trPr>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7DB004E3" w14:textId="77777777" w:rsidR="00906C05" w:rsidRDefault="00000000">
            <w:r>
              <w:t>Λέξη</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64B8810F" w14:textId="77777777" w:rsidR="00906C05" w:rsidRDefault="00000000">
            <w:r>
              <w:t>Λάθος</w:t>
            </w:r>
          </w:p>
        </w:tc>
        <w:tc>
          <w:tcPr>
            <w:tcW w:w="3408" w:type="dxa"/>
            <w:tcBorders>
              <w:top w:val="single" w:sz="4" w:space="0" w:color="D9D9D9"/>
              <w:left w:val="single" w:sz="4" w:space="0" w:color="D9D9D9"/>
              <w:bottom w:val="single" w:sz="4" w:space="0" w:color="D9D9D9"/>
              <w:right w:val="single" w:sz="4" w:space="0" w:color="D9D9D9"/>
            </w:tcBorders>
            <w:shd w:val="clear" w:color="auto" w:fill="E8EDF2"/>
          </w:tcPr>
          <w:p w14:paraId="153BFB63" w14:textId="77777777" w:rsidR="00906C05" w:rsidRDefault="00000000">
            <w:r>
              <w:t>Σωστό</w:t>
            </w:r>
          </w:p>
        </w:tc>
      </w:tr>
      <w:tr w:rsidR="00906C05" w14:paraId="7A331539"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44A7AF8A" w14:textId="77777777" w:rsidR="00906C05" w:rsidRDefault="00000000">
            <w:pPr>
              <w:spacing w:before="100"/>
            </w:pPr>
            <w:r>
              <w:rPr>
                <w:sz w:val="20"/>
              </w:rPr>
              <w:t>weil</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700628D5" w14:textId="77777777" w:rsidR="00906C05" w:rsidRDefault="00000000">
            <w:pPr>
              <w:spacing w:before="100"/>
            </w:pPr>
            <w:r>
              <w:rPr>
                <w:sz w:val="20"/>
              </w:rPr>
              <w:t>✗ weil ich bin müde</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37595C34" w14:textId="77777777" w:rsidR="00906C05" w:rsidRDefault="00000000">
            <w:pPr>
              <w:spacing w:before="100"/>
            </w:pPr>
            <w:r>
              <w:rPr>
                <w:sz w:val="20"/>
              </w:rPr>
              <w:t>✓ weil ich müde bin</w:t>
            </w:r>
          </w:p>
        </w:tc>
      </w:tr>
      <w:tr w:rsidR="00906C05" w14:paraId="56DF8270"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14C21FD9" w14:textId="77777777" w:rsidR="00906C05" w:rsidRDefault="00000000">
            <w:pPr>
              <w:spacing w:before="100"/>
            </w:pPr>
            <w:r>
              <w:rPr>
                <w:sz w:val="20"/>
              </w:rPr>
              <w:t>denn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764C9049" w14:textId="77777777" w:rsidR="00906C05" w:rsidRDefault="00000000">
            <w:pPr>
              <w:spacing w:before="100"/>
            </w:pPr>
            <w:r>
              <w:rPr>
                <w:sz w:val="20"/>
              </w:rPr>
              <w:t>✗ denn ich müde bin</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72483328" w14:textId="77777777" w:rsidR="00906C05" w:rsidRDefault="00000000">
            <w:pPr>
              <w:spacing w:before="100"/>
            </w:pPr>
            <w:r>
              <w:rPr>
                <w:sz w:val="20"/>
              </w:rPr>
              <w:t>✓ denn ich bin müde</w:t>
            </w:r>
          </w:p>
        </w:tc>
      </w:tr>
      <w:tr w:rsidR="00906C05" w14:paraId="10C66D27"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579BD4BC" w14:textId="77777777" w:rsidR="00906C05" w:rsidRDefault="00000000">
            <w:pPr>
              <w:spacing w:before="100"/>
            </w:pPr>
            <w:r>
              <w:rPr>
                <w:sz w:val="20"/>
              </w:rPr>
              <w:t>deshalb</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103D062B" w14:textId="77777777" w:rsidR="00906C05" w:rsidRDefault="00000000">
            <w:pPr>
              <w:spacing w:before="100"/>
            </w:pPr>
            <w:r>
              <w:rPr>
                <w:sz w:val="20"/>
              </w:rPr>
              <w:t>✗ Deshalb ich bleibe zu Hause.</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1022593F" w14:textId="77777777" w:rsidR="00906C05" w:rsidRDefault="00000000">
            <w:pPr>
              <w:spacing w:before="100"/>
            </w:pPr>
            <w:r>
              <w:rPr>
                <w:sz w:val="20"/>
              </w:rPr>
              <w:t>✓ Deshalb bleibe ich zu Hause.</w:t>
            </w:r>
          </w:p>
        </w:tc>
      </w:tr>
      <w:tr w:rsidR="00906C05" w14:paraId="06E8AD7B" w14:textId="77777777">
        <w:trPr>
          <w:cantSplit/>
        </w:trPr>
        <w:tc>
          <w:tcPr>
            <w:tcW w:w="2232" w:type="dxa"/>
            <w:tcBorders>
              <w:top w:val="single" w:sz="4" w:space="0" w:color="D9D9D9"/>
              <w:left w:val="single" w:sz="4" w:space="0" w:color="D9D9D9"/>
              <w:bottom w:val="single" w:sz="4" w:space="0" w:color="D9D9D9"/>
              <w:right w:val="single" w:sz="4" w:space="0" w:color="D9D9D9"/>
            </w:tcBorders>
            <w:shd w:val="clear" w:color="auto" w:fill="FFFFFF"/>
          </w:tcPr>
          <w:p w14:paraId="27562B8A" w14:textId="77777777" w:rsidR="00906C05" w:rsidRDefault="00000000">
            <w:pPr>
              <w:spacing w:before="100"/>
            </w:pPr>
            <w:r>
              <w:rPr>
                <w:sz w:val="20"/>
              </w:rPr>
              <w:t>wenn στην αρχή</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2FD113B7" w14:textId="77777777" w:rsidR="00906C05" w:rsidRDefault="00000000">
            <w:pPr>
              <w:spacing w:before="100"/>
            </w:pPr>
            <w:r>
              <w:rPr>
                <w:sz w:val="20"/>
              </w:rPr>
              <w:t>✗ Wenn ich Zeit habe, ich komme.</w:t>
            </w:r>
          </w:p>
        </w:tc>
        <w:tc>
          <w:tcPr>
            <w:tcW w:w="5616" w:type="dxa"/>
            <w:tcBorders>
              <w:top w:val="single" w:sz="4" w:space="0" w:color="D9D9D9"/>
              <w:left w:val="single" w:sz="4" w:space="0" w:color="D9D9D9"/>
              <w:bottom w:val="single" w:sz="4" w:space="0" w:color="D9D9D9"/>
              <w:right w:val="single" w:sz="4" w:space="0" w:color="D9D9D9"/>
            </w:tcBorders>
            <w:shd w:val="clear" w:color="auto" w:fill="FFFFFF"/>
          </w:tcPr>
          <w:p w14:paraId="02EE315F" w14:textId="77777777" w:rsidR="00906C05" w:rsidRDefault="00000000">
            <w:pPr>
              <w:spacing w:before="100"/>
            </w:pPr>
            <w:r>
              <w:rPr>
                <w:sz w:val="20"/>
              </w:rPr>
              <w:t>✓ Wenn ich Zeit habe, komme ich.</w:t>
            </w:r>
          </w:p>
        </w:tc>
      </w:tr>
    </w:tbl>
    <w:p w14:paraId="2754025B" w14:textId="77777777" w:rsidR="00906C05" w:rsidRDefault="00000000">
      <w:r>
        <w:t>Πριν γράψεις, έλεγξε: Ποιος σύνδεσμος ταιριάζει στο νόημα; Πού πρέπει να βρίσκεται το κλιτό ρήμα; Χρειάζεται κόμμα;</w:t>
      </w:r>
    </w:p>
    <w:sectPr w:rsidR="00906C05"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CDDDF" w14:textId="77777777" w:rsidR="00D572A6" w:rsidRDefault="00D572A6">
      <w:pPr>
        <w:spacing w:after="0" w:line="240" w:lineRule="auto"/>
      </w:pPr>
      <w:r>
        <w:separator/>
      </w:r>
    </w:p>
  </w:endnote>
  <w:endnote w:type="continuationSeparator" w:id="0">
    <w:p w14:paraId="66B9E25A" w14:textId="77777777" w:rsidR="00D572A6" w:rsidRDefault="00D57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C9D1" w14:textId="77777777" w:rsidR="00906C05" w:rsidRDefault="00000000">
    <w:pPr>
      <w:pStyle w:val="a6"/>
      <w:jc w:val="right"/>
    </w:pPr>
    <w:proofErr w:type="spellStart"/>
    <w:r>
      <w:t>Konjunktionen</w:t>
    </w:r>
    <w:proofErr w:type="spellEnd"/>
    <w:r>
      <w:t xml:space="preserve"> und </w:t>
    </w:r>
    <w:proofErr w:type="spellStart"/>
    <w:r>
      <w:t>Satzverbindungen</w:t>
    </w:r>
    <w:proofErr w:type="spellEnd"/>
    <w:r>
      <w:t xml:space="preserve"> A</w:t>
    </w:r>
    <w:proofErr w:type="gramStart"/>
    <w:r>
      <w:t>2  •</w:t>
    </w:r>
    <w:proofErr w:type="gramEnd"/>
    <w:r>
      <w:t xml:space="preserve">  </w:t>
    </w:r>
    <w:r>
      <w:fldChar w:fldCharType="begin"/>
    </w:r>
    <w:r>
      <w:instrText>PAGE</w:instrText>
    </w:r>
    <w:r>
      <w:fldChar w:fldCharType="separate"/>
    </w:r>
    <w:r w:rsidR="00240C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CBB6" w14:textId="77777777" w:rsidR="00D572A6" w:rsidRDefault="00D572A6">
      <w:pPr>
        <w:spacing w:after="0" w:line="240" w:lineRule="auto"/>
      </w:pPr>
      <w:r>
        <w:separator/>
      </w:r>
    </w:p>
  </w:footnote>
  <w:footnote w:type="continuationSeparator" w:id="0">
    <w:p w14:paraId="31EFEC3C" w14:textId="77777777" w:rsidR="00D572A6" w:rsidRDefault="00D572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14280851">
    <w:abstractNumId w:val="8"/>
  </w:num>
  <w:num w:numId="2" w16cid:durableId="641694823">
    <w:abstractNumId w:val="6"/>
  </w:num>
  <w:num w:numId="3" w16cid:durableId="609943985">
    <w:abstractNumId w:val="5"/>
  </w:num>
  <w:num w:numId="4" w16cid:durableId="926501686">
    <w:abstractNumId w:val="4"/>
  </w:num>
  <w:num w:numId="5" w16cid:durableId="1149325524">
    <w:abstractNumId w:val="7"/>
  </w:num>
  <w:num w:numId="6" w16cid:durableId="529925551">
    <w:abstractNumId w:val="3"/>
  </w:num>
  <w:num w:numId="7" w16cid:durableId="2081361705">
    <w:abstractNumId w:val="2"/>
  </w:num>
  <w:num w:numId="8" w16cid:durableId="1654798786">
    <w:abstractNumId w:val="1"/>
  </w:num>
  <w:num w:numId="9" w16cid:durableId="1768115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280F"/>
    <w:rsid w:val="0015074B"/>
    <w:rsid w:val="00240C67"/>
    <w:rsid w:val="0029639D"/>
    <w:rsid w:val="00326F90"/>
    <w:rsid w:val="00906C05"/>
    <w:rsid w:val="00AA1D8D"/>
    <w:rsid w:val="00B47730"/>
    <w:rsid w:val="00CB0664"/>
    <w:rsid w:val="00D572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506943"/>
  <w14:defaultImageDpi w14:val="300"/>
  <w15:docId w15:val="{E397946C-26DD-4B81-A1B6-7CC90F81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Calibri" w:hAnsi="Calibri"/>
      <w:color w:val="000000"/>
    </w:rPr>
  </w:style>
  <w:style w:type="paragraph" w:styleId="1">
    <w:name w:val="heading 1"/>
    <w:basedOn w:val="a1"/>
    <w:next w:val="a1"/>
    <w:link w:val="1Char"/>
    <w:uiPriority w:val="9"/>
    <w:qFormat/>
    <w:rsid w:val="00FC693F"/>
    <w:pPr>
      <w:keepNext/>
      <w:keepLines/>
      <w:spacing w:before="200"/>
      <w:outlineLvl w:val="0"/>
    </w:pPr>
    <w:rPr>
      <w:rFonts w:asciiTheme="majorHAnsi" w:eastAsiaTheme="majorEastAsia" w:hAnsiTheme="majorHAnsi" w:cstheme="majorBidi"/>
      <w:b/>
      <w:bCs/>
      <w:sz w:val="34"/>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Anastasia Protopsalti</cp:lastModifiedBy>
  <cp:revision>2</cp:revision>
  <dcterms:created xsi:type="dcterms:W3CDTF">2026-10-01T19:57:00Z</dcterms:created>
  <dcterms:modified xsi:type="dcterms:W3CDTF">2026-10-01T19:57:00Z</dcterms:modified>
  <cp:category/>
</cp:coreProperties>
</file>